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04429" w14:textId="77777777" w:rsidR="00267827" w:rsidRDefault="003B799A" w:rsidP="00267827">
      <w:pPr>
        <w:pStyle w:val="Titolo2"/>
        <w:spacing w:before="0"/>
        <w:jc w:val="center"/>
        <w:rPr>
          <w:rFonts w:eastAsiaTheme="minorEastAsia" w:cstheme="majorHAnsi"/>
          <w:bCs w:val="0"/>
          <w:color w:val="C00000"/>
          <w:szCs w:val="22"/>
        </w:rPr>
      </w:pPr>
      <w:r w:rsidRPr="003B799A">
        <w:rPr>
          <w:rFonts w:eastAsiaTheme="minorEastAsia" w:cstheme="majorHAnsi"/>
          <w:bCs w:val="0"/>
          <w:color w:val="C00000"/>
          <w:szCs w:val="22"/>
        </w:rPr>
        <w:t>MODULO – DICHIARAZIONE RICOGNITIVA INCARICHI A CARICO DI FINANZA PUBBLICA</w:t>
      </w:r>
      <w:r w:rsidR="00267827">
        <w:rPr>
          <w:rFonts w:eastAsiaTheme="minorEastAsia" w:cstheme="majorHAnsi"/>
          <w:bCs w:val="0"/>
          <w:color w:val="C00000"/>
          <w:szCs w:val="22"/>
        </w:rPr>
        <w:t xml:space="preserve"> </w:t>
      </w:r>
    </w:p>
    <w:p w14:paraId="4D8464EA" w14:textId="5F7ABBB7" w:rsidR="003B799A" w:rsidRPr="003B799A" w:rsidRDefault="00267827" w:rsidP="00267827">
      <w:pPr>
        <w:pStyle w:val="Titolo2"/>
        <w:spacing w:before="0"/>
        <w:jc w:val="center"/>
        <w:rPr>
          <w:rFonts w:eastAsiaTheme="minorEastAsia" w:cstheme="majorHAnsi"/>
          <w:bCs w:val="0"/>
          <w:color w:val="C00000"/>
          <w:szCs w:val="22"/>
        </w:rPr>
      </w:pPr>
      <w:r>
        <w:rPr>
          <w:rFonts w:eastAsiaTheme="minorEastAsia" w:cstheme="majorHAnsi"/>
          <w:bCs w:val="0"/>
          <w:color w:val="C00000"/>
          <w:szCs w:val="22"/>
        </w:rPr>
        <w:t xml:space="preserve">ex </w:t>
      </w:r>
      <w:r w:rsidRPr="00267827">
        <w:rPr>
          <w:rFonts w:eastAsiaTheme="minorEastAsia" w:cstheme="majorHAnsi"/>
          <w:bCs w:val="0"/>
          <w:color w:val="C00000"/>
          <w:szCs w:val="22"/>
        </w:rPr>
        <w:t>art. 23-ter del D.L. 6 dicembre 2011, n. 201</w:t>
      </w:r>
    </w:p>
    <w:p w14:paraId="6B204450" w14:textId="77777777" w:rsidR="003B799A" w:rsidRPr="00267827" w:rsidRDefault="003B799A" w:rsidP="00267827">
      <w:pPr>
        <w:pStyle w:val="NormaleWeb"/>
        <w:spacing w:before="0" w:beforeAutospacing="0"/>
        <w:jc w:val="center"/>
        <w:rPr>
          <w:rFonts w:asciiTheme="majorHAnsi" w:hAnsiTheme="majorHAnsi" w:cstheme="majorHAnsi"/>
          <w:b/>
          <w:bCs/>
        </w:rPr>
      </w:pPr>
      <w:r w:rsidRPr="00267827">
        <w:rPr>
          <w:rStyle w:val="Enfasigrassetto"/>
          <w:rFonts w:asciiTheme="majorHAnsi" w:hAnsiTheme="majorHAnsi" w:cstheme="majorHAnsi"/>
          <w:b w:val="0"/>
          <w:bCs w:val="0"/>
        </w:rPr>
        <w:t>(da presentare entro il 30 novembre – anno solare di riferimento)</w:t>
      </w:r>
    </w:p>
    <w:p w14:paraId="4FE9B310" w14:textId="52D8D649" w:rsidR="003B799A" w:rsidRPr="003B799A" w:rsidRDefault="00F71969" w:rsidP="00F71969">
      <w:pPr>
        <w:pStyle w:val="NormaleWeb"/>
        <w:jc w:val="center"/>
        <w:rPr>
          <w:rFonts w:asciiTheme="majorHAnsi" w:hAnsiTheme="majorHAnsi" w:cstheme="majorHAnsi"/>
        </w:rPr>
      </w:pPr>
      <w:r w:rsidRPr="003B799A">
        <w:rPr>
          <w:rStyle w:val="Enfasicorsivo"/>
          <w:rFonts w:asciiTheme="majorHAnsi" w:hAnsiTheme="majorHAnsi" w:cstheme="majorHAnsi"/>
        </w:rPr>
        <w:t xml:space="preserve"> </w:t>
      </w:r>
      <w:r w:rsidR="003B799A" w:rsidRPr="003B799A">
        <w:rPr>
          <w:rStyle w:val="Enfasicorsivo"/>
          <w:rFonts w:asciiTheme="majorHAnsi" w:hAnsiTheme="majorHAnsi" w:cstheme="majorHAnsi"/>
        </w:rPr>
        <w:t>(Anno solare ______)</w:t>
      </w:r>
    </w:p>
    <w:tbl>
      <w:tblPr>
        <w:tblW w:w="10555" w:type="dxa"/>
        <w:jc w:val="center"/>
        <w:tblLook w:val="04A0" w:firstRow="1" w:lastRow="0" w:firstColumn="1" w:lastColumn="0" w:noHBand="0" w:noVBand="1"/>
      </w:tblPr>
      <w:tblGrid>
        <w:gridCol w:w="10555"/>
      </w:tblGrid>
      <w:tr w:rsidR="003B799A" w:rsidRPr="000A0F0E" w14:paraId="5FBB7709" w14:textId="77777777" w:rsidTr="00213BB9">
        <w:trPr>
          <w:trHeight w:val="543"/>
          <w:jc w:val="center"/>
        </w:trPr>
        <w:tc>
          <w:tcPr>
            <w:tcW w:w="10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EDE23D" w14:textId="053D4A0A" w:rsidR="00F71969" w:rsidRDefault="003B799A" w:rsidP="00213BB9">
            <w:pPr>
              <w:spacing w:after="0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Al/la </w:t>
            </w:r>
            <w:r w:rsidR="00F71969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Magnifico/a </w:t>
            </w:r>
            <w:r w:rsidRPr="000A0F0E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>Rettore/Rettrice [nel caso dei/delle Presidi]</w:t>
            </w:r>
            <w:r w:rsidR="00F71969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 _____________________________________</w:t>
            </w:r>
          </w:p>
          <w:p w14:paraId="3F70A6CA" w14:textId="44561F7E" w:rsidR="003B799A" w:rsidRPr="00F71969" w:rsidRDefault="00F71969" w:rsidP="00213BB9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Al/la Preside della Facoltà di ________________________________</w:t>
            </w:r>
            <w:r w:rsidR="003B799A"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br/>
            </w:r>
            <w:r w:rsidR="003B799A" w:rsidRPr="000A0F0E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>Mezzo mail o pec</w:t>
            </w:r>
            <w:r w:rsidR="00666C8D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00B4C0B1" w14:textId="77777777" w:rsidR="003B799A" w:rsidRPr="003B799A" w:rsidRDefault="003B799A" w:rsidP="003B799A">
      <w:pPr>
        <w:pStyle w:val="Titolo3"/>
        <w:rPr>
          <w:rFonts w:cstheme="majorHAnsi"/>
        </w:rPr>
      </w:pPr>
      <w:r w:rsidRPr="003B799A">
        <w:rPr>
          <w:rFonts w:cstheme="majorHAnsi"/>
        </w:rPr>
        <w:t>1) Dati del/della dichiarante</w:t>
      </w:r>
    </w:p>
    <w:p w14:paraId="3150E446" w14:textId="77777777" w:rsidR="003B799A" w:rsidRPr="003B799A" w:rsidRDefault="003B799A" w:rsidP="003B79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 xml:space="preserve">Cognome e nome: ______________________________________________ </w:t>
      </w:r>
    </w:p>
    <w:p w14:paraId="07521E16" w14:textId="77777777" w:rsidR="003B799A" w:rsidRPr="003B799A" w:rsidRDefault="003B799A" w:rsidP="003B79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 xml:space="preserve">Codice fiscale: ________________________________________________ </w:t>
      </w:r>
    </w:p>
    <w:p w14:paraId="7458EA00" w14:textId="77777777" w:rsidR="003B799A" w:rsidRPr="003B799A" w:rsidRDefault="003B799A" w:rsidP="003B79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 xml:space="preserve">Qualifica: □ PO □ PA □ RTI □ RTD □ RTT </w:t>
      </w:r>
    </w:p>
    <w:p w14:paraId="1215E672" w14:textId="77777777" w:rsidR="003B799A" w:rsidRPr="003B799A" w:rsidRDefault="003B799A" w:rsidP="003B79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 xml:space="preserve">Regime di impegno: □ Tempo pieno □ Tempo definito </w:t>
      </w:r>
    </w:p>
    <w:p w14:paraId="6D365696" w14:textId="77777777" w:rsidR="003B799A" w:rsidRPr="003B799A" w:rsidRDefault="003B799A" w:rsidP="003B79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 xml:space="preserve">Dipartimento: _________________________________________________ </w:t>
      </w:r>
    </w:p>
    <w:p w14:paraId="58A4BB04" w14:textId="77777777" w:rsidR="003B799A" w:rsidRPr="003B799A" w:rsidRDefault="003B799A" w:rsidP="003B79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 xml:space="preserve">Facoltà: ______________________________________________________ </w:t>
      </w:r>
    </w:p>
    <w:p w14:paraId="42A7727A" w14:textId="77777777" w:rsidR="003B799A" w:rsidRPr="003B799A" w:rsidRDefault="003B799A" w:rsidP="003B79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 xml:space="preserve">E-mail istituzionale: ___________________________________________ </w:t>
      </w:r>
    </w:p>
    <w:p w14:paraId="2CDF8CFC" w14:textId="77777777" w:rsidR="003B799A" w:rsidRPr="003B799A" w:rsidRDefault="003B799A" w:rsidP="003B79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r w:rsidRPr="003B799A">
        <w:rPr>
          <w:rStyle w:val="Enfasigrassetto"/>
          <w:rFonts w:asciiTheme="majorHAnsi" w:hAnsiTheme="majorHAnsi" w:cstheme="majorHAnsi"/>
        </w:rPr>
        <w:t>Anno solare di riferimento:</w:t>
      </w:r>
      <w:r w:rsidRPr="003B799A">
        <w:rPr>
          <w:rFonts w:asciiTheme="majorHAnsi" w:hAnsiTheme="majorHAnsi" w:cstheme="majorHAnsi"/>
        </w:rPr>
        <w:t xml:space="preserve"> _________________________________ </w:t>
      </w:r>
    </w:p>
    <w:p w14:paraId="17307126" w14:textId="77777777" w:rsidR="003B799A" w:rsidRPr="003B799A" w:rsidRDefault="009A7AA2" w:rsidP="003B799A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7A5F3B5C">
          <v:rect id="_x0000_i1025" style="width:0;height:1.5pt" o:hralign="center" o:hrstd="t" o:hr="t" fillcolor="#a0a0a0" stroked="f"/>
        </w:pict>
      </w:r>
    </w:p>
    <w:p w14:paraId="38716ADD" w14:textId="77777777" w:rsidR="003B799A" w:rsidRDefault="003B799A" w:rsidP="003B799A">
      <w:pPr>
        <w:pStyle w:val="Titolo3"/>
        <w:rPr>
          <w:rFonts w:cstheme="majorHAnsi"/>
        </w:rPr>
      </w:pPr>
      <w:r w:rsidRPr="003B799A">
        <w:rPr>
          <w:rFonts w:cstheme="majorHAnsi"/>
        </w:rPr>
        <w:t>2) Oggetto della dichiarazione</w:t>
      </w:r>
    </w:p>
    <w:p w14:paraId="5AE55E7B" w14:textId="7A745AEA" w:rsidR="00772A23" w:rsidRDefault="00772A23" w:rsidP="00772A23">
      <w:pPr>
        <w:jc w:val="both"/>
        <w:rPr>
          <w:rFonts w:asciiTheme="majorHAnsi" w:hAnsiTheme="majorHAnsi" w:cstheme="majorHAnsi"/>
        </w:rPr>
      </w:pPr>
      <w:r w:rsidRPr="00772A23">
        <w:rPr>
          <w:rFonts w:asciiTheme="majorHAnsi" w:hAnsiTheme="majorHAnsi" w:cstheme="majorHAnsi"/>
          <w:sz w:val="20"/>
          <w:szCs w:val="20"/>
        </w:rPr>
        <w:t xml:space="preserve">Ai fini della presente dichiarazione, per </w:t>
      </w:r>
      <w:r w:rsidRPr="00772A23">
        <w:rPr>
          <w:rStyle w:val="Enfasigrassetto"/>
          <w:rFonts w:asciiTheme="majorHAnsi" w:hAnsiTheme="majorHAnsi" w:cstheme="majorHAnsi"/>
          <w:sz w:val="20"/>
          <w:szCs w:val="20"/>
        </w:rPr>
        <w:t>incarichi a carico della finanza pubblica</w:t>
      </w:r>
      <w:r w:rsidRPr="00772A23">
        <w:rPr>
          <w:rFonts w:asciiTheme="majorHAnsi" w:hAnsiTheme="majorHAnsi" w:cstheme="majorHAnsi"/>
          <w:sz w:val="20"/>
          <w:szCs w:val="20"/>
        </w:rPr>
        <w:t xml:space="preserve"> si intendono gli incarichi (retribuiti o con rimborsi/indennità comunque denominati) conferiti da </w:t>
      </w:r>
      <w:r w:rsidRPr="00772A23">
        <w:rPr>
          <w:rStyle w:val="Enfasigrassetto"/>
          <w:rFonts w:asciiTheme="majorHAnsi" w:hAnsiTheme="majorHAnsi" w:cstheme="majorHAnsi"/>
          <w:sz w:val="20"/>
          <w:szCs w:val="20"/>
        </w:rPr>
        <w:t>Pubbliche Amministrazioni</w:t>
      </w:r>
      <w:r w:rsidRPr="00772A23">
        <w:rPr>
          <w:rFonts w:asciiTheme="majorHAnsi" w:hAnsiTheme="majorHAnsi" w:cstheme="majorHAnsi"/>
          <w:sz w:val="20"/>
          <w:szCs w:val="20"/>
        </w:rPr>
        <w:t xml:space="preserve"> o da </w:t>
      </w:r>
      <w:r w:rsidRPr="00772A23">
        <w:rPr>
          <w:rStyle w:val="Enfasigrassetto"/>
          <w:rFonts w:asciiTheme="majorHAnsi" w:hAnsiTheme="majorHAnsi" w:cstheme="majorHAnsi"/>
          <w:sz w:val="20"/>
          <w:szCs w:val="20"/>
        </w:rPr>
        <w:t>enti/organismi finanziati o partecipati in via prevalente da risorse pubbliche</w:t>
      </w:r>
      <w:r w:rsidRPr="00772A23">
        <w:rPr>
          <w:rFonts w:asciiTheme="majorHAnsi" w:hAnsiTheme="majorHAnsi" w:cstheme="majorHAnsi"/>
          <w:sz w:val="20"/>
          <w:szCs w:val="20"/>
        </w:rPr>
        <w:t xml:space="preserve">, nonché da </w:t>
      </w:r>
      <w:r w:rsidRPr="00772A23">
        <w:rPr>
          <w:rStyle w:val="Enfasigrassetto"/>
          <w:rFonts w:asciiTheme="majorHAnsi" w:hAnsiTheme="majorHAnsi" w:cstheme="majorHAnsi"/>
          <w:sz w:val="20"/>
          <w:szCs w:val="20"/>
        </w:rPr>
        <w:t>Aziende sanitarie pubbliche</w:t>
      </w:r>
      <w:r w:rsidRPr="00772A23">
        <w:rPr>
          <w:rFonts w:asciiTheme="majorHAnsi" w:hAnsiTheme="majorHAnsi" w:cstheme="majorHAnsi"/>
          <w:sz w:val="20"/>
          <w:szCs w:val="20"/>
        </w:rPr>
        <w:t xml:space="preserve"> e altri soggetti pubblici assimilabili, per i quali gli emolumenti sono sostenuti, direttamente o indirettamente, con </w:t>
      </w:r>
      <w:r w:rsidRPr="00772A23">
        <w:rPr>
          <w:rStyle w:val="Enfasigrassetto"/>
          <w:rFonts w:asciiTheme="majorHAnsi" w:hAnsiTheme="majorHAnsi" w:cstheme="majorHAnsi"/>
          <w:sz w:val="20"/>
          <w:szCs w:val="20"/>
        </w:rPr>
        <w:t>risorse pubbliche</w:t>
      </w:r>
      <w:r w:rsidRPr="00772A23">
        <w:rPr>
          <w:rFonts w:asciiTheme="majorHAnsi" w:hAnsiTheme="majorHAnsi" w:cstheme="majorHAnsi"/>
          <w:sz w:val="20"/>
          <w:szCs w:val="20"/>
        </w:rPr>
        <w:t>.</w:t>
      </w:r>
    </w:p>
    <w:p w14:paraId="73301595" w14:textId="38D9C9F8" w:rsidR="00431541" w:rsidRDefault="003B799A" w:rsidP="00772A23">
      <w:pPr>
        <w:jc w:val="both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 xml:space="preserve">Il/La sottoscritto/a </w:t>
      </w:r>
      <w:r w:rsidR="000F22AD">
        <w:rPr>
          <w:rFonts w:asciiTheme="majorHAnsi" w:hAnsiTheme="majorHAnsi" w:cstheme="majorHAnsi"/>
        </w:rPr>
        <w:t xml:space="preserve">dichiara </w:t>
      </w:r>
      <w:r w:rsidR="000F22AD" w:rsidRPr="000F22AD">
        <w:rPr>
          <w:rFonts w:asciiTheme="majorHAnsi" w:hAnsiTheme="majorHAnsi" w:cstheme="majorHAnsi"/>
        </w:rPr>
        <w:t xml:space="preserve">che nell’anno </w:t>
      </w:r>
      <w:r w:rsidR="00543EA1">
        <w:rPr>
          <w:rFonts w:asciiTheme="majorHAnsi" w:hAnsiTheme="majorHAnsi" w:cstheme="majorHAnsi"/>
        </w:rPr>
        <w:t>di riferimento suindicato</w:t>
      </w:r>
      <w:r w:rsidR="000F22AD" w:rsidRPr="000F22AD">
        <w:rPr>
          <w:rFonts w:asciiTheme="majorHAnsi" w:hAnsiTheme="majorHAnsi" w:cstheme="majorHAnsi"/>
        </w:rPr>
        <w:t xml:space="preserve"> ha percepito </w:t>
      </w:r>
      <w:r w:rsidR="0050055F">
        <w:rPr>
          <w:rStyle w:val="arttextincomma"/>
        </w:rPr>
        <w:t>emolumenti o retribuzioni nell'ambito di rapporti di lavoro dipendente o autonomo con pubbliche amministrazioni</w:t>
      </w:r>
      <w:r w:rsidR="000F22AD">
        <w:rPr>
          <w:rFonts w:asciiTheme="majorHAnsi" w:hAnsiTheme="majorHAnsi" w:cstheme="majorHAnsi"/>
        </w:rPr>
        <w:t xml:space="preserve">: </w:t>
      </w:r>
    </w:p>
    <w:p w14:paraId="44D6DB9D" w14:textId="42E89354" w:rsidR="00B3024B" w:rsidRPr="003B799A" w:rsidRDefault="00B3024B" w:rsidP="00B3024B">
      <w:pPr>
        <w:pStyle w:val="NormaleWeb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>□</w:t>
      </w:r>
      <w:r>
        <w:rPr>
          <w:rFonts w:asciiTheme="majorHAnsi" w:hAnsiTheme="majorHAnsi" w:cstheme="majorHAnsi"/>
        </w:rPr>
        <w:t xml:space="preserve"> </w:t>
      </w:r>
      <w:r w:rsidRPr="003B799A">
        <w:rPr>
          <w:rStyle w:val="Enfasigrassetto"/>
          <w:rFonts w:asciiTheme="majorHAnsi" w:hAnsiTheme="majorHAnsi" w:cstheme="majorHAnsi"/>
        </w:rPr>
        <w:t>Totale importi lordi percepiti nell’anno solare:</w:t>
      </w:r>
      <w:r w:rsidRPr="003B799A">
        <w:rPr>
          <w:rFonts w:asciiTheme="majorHAnsi" w:hAnsiTheme="majorHAnsi" w:cstheme="majorHAnsi"/>
        </w:rPr>
        <w:t xml:space="preserve"> €</w:t>
      </w:r>
      <w:r w:rsidR="0050055F">
        <w:rPr>
          <w:rFonts w:asciiTheme="majorHAnsi" w:hAnsiTheme="majorHAnsi" w:cstheme="majorHAnsi"/>
        </w:rPr>
        <w:t xml:space="preserve"> </w:t>
      </w:r>
      <w:r w:rsidRPr="003B799A">
        <w:rPr>
          <w:rFonts w:asciiTheme="majorHAnsi" w:hAnsiTheme="majorHAnsi" w:cstheme="majorHAnsi"/>
        </w:rPr>
        <w:t>_________________</w:t>
      </w:r>
    </w:p>
    <w:p w14:paraId="3696736D" w14:textId="77777777" w:rsidR="00B3024B" w:rsidRDefault="00B3024B" w:rsidP="00772A23">
      <w:pPr>
        <w:jc w:val="both"/>
        <w:rPr>
          <w:rFonts w:asciiTheme="majorHAnsi" w:hAnsiTheme="majorHAnsi" w:cstheme="majorHAnsi"/>
        </w:rPr>
      </w:pPr>
    </w:p>
    <w:p w14:paraId="2F70AA7D" w14:textId="03B6CA4E" w:rsidR="00782A0A" w:rsidRPr="003B799A" w:rsidRDefault="00782A0A" w:rsidP="00782A0A">
      <w:pPr>
        <w:pStyle w:val="NormaleWeb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 xml:space="preserve">□ </w:t>
      </w:r>
      <w:r w:rsidRPr="003B799A">
        <w:rPr>
          <w:rStyle w:val="Enfasigrassetto"/>
          <w:rFonts w:asciiTheme="majorHAnsi" w:hAnsiTheme="majorHAnsi" w:cstheme="majorHAnsi"/>
        </w:rPr>
        <w:t>Nessun incarico</w:t>
      </w:r>
      <w:r w:rsidRPr="003B799A">
        <w:rPr>
          <w:rFonts w:asciiTheme="majorHAnsi" w:hAnsiTheme="majorHAnsi" w:cstheme="majorHAnsi"/>
        </w:rPr>
        <w:t xml:space="preserve"> a carico della finanza pubblica nell’Anno solare </w:t>
      </w:r>
      <w:r w:rsidR="00543EA1">
        <w:rPr>
          <w:rFonts w:asciiTheme="majorHAnsi" w:hAnsiTheme="majorHAnsi" w:cstheme="majorHAnsi"/>
        </w:rPr>
        <w:t>indicato.</w:t>
      </w:r>
    </w:p>
    <w:p w14:paraId="6EC37C3A" w14:textId="77777777" w:rsidR="003B799A" w:rsidRPr="003B799A" w:rsidRDefault="003B799A" w:rsidP="003B799A">
      <w:pPr>
        <w:pStyle w:val="NormaleWeb"/>
        <w:rPr>
          <w:rFonts w:asciiTheme="majorHAnsi" w:hAnsiTheme="majorHAnsi" w:cstheme="majorHAnsi"/>
          <w:i/>
          <w:iCs/>
          <w:sz w:val="22"/>
          <w:szCs w:val="22"/>
        </w:rPr>
      </w:pPr>
      <w:r w:rsidRPr="003B799A">
        <w:rPr>
          <w:rStyle w:val="Enfasigrassetto"/>
          <w:rFonts w:asciiTheme="majorHAnsi" w:hAnsiTheme="majorHAnsi" w:cstheme="majorHAnsi"/>
          <w:i/>
          <w:iCs/>
          <w:sz w:val="22"/>
          <w:szCs w:val="22"/>
        </w:rPr>
        <w:t>Nota:</w:t>
      </w:r>
      <w:r w:rsidRPr="003B799A">
        <w:rPr>
          <w:rFonts w:asciiTheme="majorHAnsi" w:hAnsiTheme="majorHAnsi" w:cstheme="majorHAnsi"/>
          <w:i/>
          <w:iCs/>
          <w:sz w:val="22"/>
          <w:szCs w:val="22"/>
        </w:rPr>
        <w:t xml:space="preserve"> la presente dichiarazione ha natura ricognitiva e </w:t>
      </w:r>
      <w:r w:rsidRPr="003B799A">
        <w:rPr>
          <w:rStyle w:val="Enfasigrassetto"/>
          <w:rFonts w:asciiTheme="majorHAnsi" w:hAnsiTheme="majorHAnsi" w:cstheme="majorHAnsi"/>
          <w:i/>
          <w:iCs/>
          <w:sz w:val="22"/>
          <w:szCs w:val="22"/>
        </w:rPr>
        <w:t>non sostituisce</w:t>
      </w:r>
      <w:r w:rsidRPr="003B799A">
        <w:rPr>
          <w:rFonts w:asciiTheme="majorHAnsi" w:hAnsiTheme="majorHAnsi" w:cstheme="majorHAnsi"/>
          <w:i/>
          <w:iCs/>
          <w:sz w:val="22"/>
          <w:szCs w:val="22"/>
        </w:rPr>
        <w:t>:</w:t>
      </w:r>
      <w:r w:rsidRPr="003B799A">
        <w:rPr>
          <w:rFonts w:asciiTheme="majorHAnsi" w:hAnsiTheme="majorHAnsi" w:cstheme="majorHAnsi"/>
          <w:i/>
          <w:iCs/>
          <w:sz w:val="22"/>
          <w:szCs w:val="22"/>
        </w:rPr>
        <w:br/>
        <w:t>– l’istanza di autorizzazione per incarichi soggetti ad autorizzazione;</w:t>
      </w:r>
      <w:r w:rsidRPr="003B799A">
        <w:rPr>
          <w:rFonts w:asciiTheme="majorHAnsi" w:hAnsiTheme="majorHAnsi" w:cstheme="majorHAnsi"/>
          <w:i/>
          <w:iCs/>
          <w:sz w:val="22"/>
          <w:szCs w:val="22"/>
        </w:rPr>
        <w:br/>
        <w:t>– la comunicazione in sede di rendicontazione annuale delle attività didattiche per le attività libere.</w:t>
      </w:r>
    </w:p>
    <w:p w14:paraId="5C81B315" w14:textId="77777777" w:rsidR="003B799A" w:rsidRPr="003B799A" w:rsidRDefault="009A7AA2" w:rsidP="003B799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3275328E">
          <v:rect id="_x0000_i1026" style="width:0;height:1.5pt" o:hralign="center" o:hrstd="t" o:hr="t" fillcolor="#a0a0a0" stroked="f"/>
        </w:pict>
      </w:r>
    </w:p>
    <w:p w14:paraId="563391D6" w14:textId="0E192F95" w:rsidR="003B799A" w:rsidRPr="003B799A" w:rsidRDefault="0099680A" w:rsidP="003B799A">
      <w:pPr>
        <w:pStyle w:val="Titolo3"/>
        <w:rPr>
          <w:rFonts w:cstheme="majorHAnsi"/>
        </w:rPr>
      </w:pPr>
      <w:r>
        <w:rPr>
          <w:rFonts w:cstheme="majorHAnsi"/>
        </w:rPr>
        <w:t>3</w:t>
      </w:r>
      <w:r w:rsidR="003B799A" w:rsidRPr="003B799A">
        <w:rPr>
          <w:rFonts w:cstheme="majorHAnsi"/>
        </w:rPr>
        <w:t>) Dichiarazioni del/della dichiarante</w:t>
      </w:r>
    </w:p>
    <w:p w14:paraId="136EAF70" w14:textId="77777777" w:rsidR="003B799A" w:rsidRPr="003B799A" w:rsidRDefault="003B799A" w:rsidP="003B799A">
      <w:pPr>
        <w:pStyle w:val="NormaleWeb"/>
        <w:jc w:val="both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>Il/La sottoscritto/a, sotto la propria responsabilità e consapevole delle sanzioni previste in caso di dichiarazioni mendaci:</w:t>
      </w:r>
    </w:p>
    <w:p w14:paraId="184D165C" w14:textId="77777777" w:rsidR="003B799A" w:rsidRPr="003B799A" w:rsidRDefault="003B799A" w:rsidP="003B799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 xml:space="preserve">dichiara che i dati riportati sono </w:t>
      </w:r>
      <w:r w:rsidRPr="003B799A">
        <w:rPr>
          <w:rStyle w:val="Enfasigrassetto"/>
          <w:rFonts w:asciiTheme="majorHAnsi" w:hAnsiTheme="majorHAnsi" w:cstheme="majorHAnsi"/>
        </w:rPr>
        <w:t>completi e veritieri</w:t>
      </w:r>
      <w:r w:rsidRPr="003B799A">
        <w:rPr>
          <w:rFonts w:asciiTheme="majorHAnsi" w:hAnsiTheme="majorHAnsi" w:cstheme="majorHAnsi"/>
        </w:rPr>
        <w:t xml:space="preserve">; </w:t>
      </w:r>
    </w:p>
    <w:p w14:paraId="605F8383" w14:textId="77777777" w:rsidR="003B799A" w:rsidRPr="003B799A" w:rsidRDefault="003B799A" w:rsidP="003B799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 xml:space="preserve">dichiara che gli incarichi indicati sono stati svolti nel rispetto degli </w:t>
      </w:r>
      <w:r w:rsidRPr="003B799A">
        <w:rPr>
          <w:rStyle w:val="Enfasigrassetto"/>
          <w:rFonts w:asciiTheme="majorHAnsi" w:hAnsiTheme="majorHAnsi" w:cstheme="majorHAnsi"/>
        </w:rPr>
        <w:t>obblighi istituzionali</w:t>
      </w:r>
      <w:r w:rsidRPr="003B799A">
        <w:rPr>
          <w:rFonts w:asciiTheme="majorHAnsi" w:hAnsiTheme="majorHAnsi" w:cstheme="majorHAnsi"/>
        </w:rPr>
        <w:t xml:space="preserve"> e delle disposizioni regolamentari applicabili; </w:t>
      </w:r>
    </w:p>
    <w:p w14:paraId="5EE85969" w14:textId="77777777" w:rsidR="003B799A" w:rsidRPr="003B799A" w:rsidRDefault="003B799A" w:rsidP="003B799A">
      <w:pPr>
        <w:pStyle w:val="NormaleWeb"/>
        <w:rPr>
          <w:rFonts w:asciiTheme="majorHAnsi" w:hAnsiTheme="majorHAnsi" w:cstheme="majorHAnsi"/>
        </w:rPr>
      </w:pPr>
      <w:r w:rsidRPr="003B799A">
        <w:rPr>
          <w:rFonts w:asciiTheme="majorHAnsi" w:hAnsiTheme="majorHAnsi" w:cstheme="majorHAnsi"/>
        </w:rPr>
        <w:t>Data ____________________ Firma del/della docente _______________________________</w:t>
      </w:r>
    </w:p>
    <w:p w14:paraId="12BAEDE9" w14:textId="77777777" w:rsidR="003B799A" w:rsidRPr="003B799A" w:rsidRDefault="009A7AA2" w:rsidP="003B799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63FBCA15">
          <v:rect id="_x0000_i1028" style="width:0;height:1.5pt" o:hralign="center" o:hrstd="t" o:hr="t" fillcolor="#a0a0a0" stroked="f"/>
        </w:pict>
      </w:r>
    </w:p>
    <w:p w14:paraId="2845B22D" w14:textId="6471BD34" w:rsidR="003B799A" w:rsidRPr="003B799A" w:rsidRDefault="0099680A" w:rsidP="003B799A">
      <w:pPr>
        <w:pStyle w:val="Titolo3"/>
        <w:rPr>
          <w:rFonts w:cstheme="majorHAnsi"/>
        </w:rPr>
      </w:pPr>
      <w:r>
        <w:rPr>
          <w:rFonts w:cstheme="majorHAnsi"/>
        </w:rPr>
        <w:t>4</w:t>
      </w:r>
      <w:r w:rsidR="003B799A" w:rsidRPr="003B799A">
        <w:rPr>
          <w:rFonts w:cstheme="majorHAnsi"/>
        </w:rPr>
        <w:t>) Informativa privacy</w:t>
      </w:r>
    </w:p>
    <w:p w14:paraId="14D13A79" w14:textId="77777777" w:rsidR="003B799A" w:rsidRPr="00782A0A" w:rsidRDefault="003B799A" w:rsidP="003B799A">
      <w:pPr>
        <w:pStyle w:val="NormaleWeb"/>
        <w:jc w:val="both"/>
        <w:rPr>
          <w:rFonts w:asciiTheme="majorHAnsi" w:hAnsiTheme="majorHAnsi" w:cstheme="majorHAnsi"/>
          <w:sz w:val="20"/>
          <w:szCs w:val="20"/>
        </w:rPr>
      </w:pPr>
      <w:r w:rsidRPr="00782A0A">
        <w:rPr>
          <w:rFonts w:asciiTheme="majorHAnsi" w:hAnsiTheme="majorHAnsi" w:cstheme="majorHAnsi"/>
          <w:sz w:val="20"/>
          <w:szCs w:val="20"/>
        </w:rPr>
        <w:t>I dati personali conferiti con la presente dichiarazione sono raccolti e trattati da Sapienza Università di Roma esclusivamente per finalità connesse agli adempimenti di legge e ai controlli/monitoraggi previsti dalla disciplina vigente, nel rispetto del Regolamento (UE) 2016/679 e della normativa nazionale applicabile.</w:t>
      </w:r>
    </w:p>
    <w:p w14:paraId="397154AE" w14:textId="02090602" w:rsidR="00FE6E33" w:rsidRPr="000A0F0E" w:rsidRDefault="00FE6E33" w:rsidP="00B90EF7">
      <w:pPr>
        <w:pStyle w:val="SectionHead"/>
        <w:spacing w:before="120" w:after="60" w:line="240" w:lineRule="auto"/>
        <w:rPr>
          <w:rFonts w:asciiTheme="majorHAnsi" w:hAnsiTheme="majorHAnsi" w:cstheme="majorHAnsi"/>
          <w:color w:val="C00000"/>
          <w:sz w:val="20"/>
          <w:szCs w:val="20"/>
        </w:rPr>
      </w:pPr>
    </w:p>
    <w:sectPr w:rsidR="00FE6E33" w:rsidRPr="000A0F0E" w:rsidSect="007C7587">
      <w:headerReference w:type="default" r:id="rId8"/>
      <w:footerReference w:type="default" r:id="rId9"/>
      <w:pgSz w:w="12240" w:h="15840"/>
      <w:pgMar w:top="2410" w:right="964" w:bottom="850" w:left="964" w:header="720" w:footer="19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E48E8" w14:textId="77777777" w:rsidR="00400013" w:rsidRDefault="00400013" w:rsidP="00936287">
      <w:pPr>
        <w:spacing w:after="0" w:line="240" w:lineRule="auto"/>
      </w:pPr>
      <w:r>
        <w:separator/>
      </w:r>
    </w:p>
  </w:endnote>
  <w:endnote w:type="continuationSeparator" w:id="0">
    <w:p w14:paraId="1F910893" w14:textId="77777777" w:rsidR="00400013" w:rsidRDefault="00400013" w:rsidP="00936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C4298" w14:textId="77777777" w:rsidR="008A3802" w:rsidRPr="008A3802" w:rsidRDefault="008A3802">
    <w:pPr>
      <w:tabs>
        <w:tab w:val="center" w:pos="4550"/>
        <w:tab w:val="left" w:pos="5818"/>
      </w:tabs>
      <w:ind w:right="260"/>
      <w:jc w:val="right"/>
      <w:rPr>
        <w:rFonts w:asciiTheme="majorHAnsi" w:hAnsiTheme="majorHAnsi" w:cstheme="majorHAnsi"/>
        <w:color w:val="C00000"/>
        <w:sz w:val="14"/>
        <w:szCs w:val="14"/>
      </w:rPr>
    </w:pPr>
    <w:r w:rsidRPr="008A3802">
      <w:rPr>
        <w:rFonts w:asciiTheme="majorHAnsi" w:hAnsiTheme="majorHAnsi" w:cstheme="majorHAnsi"/>
        <w:color w:val="C00000"/>
        <w:spacing w:val="60"/>
        <w:sz w:val="14"/>
        <w:szCs w:val="14"/>
      </w:rPr>
      <w:t>Pag.</w:t>
    </w:r>
    <w:r w:rsidRPr="008A3802">
      <w:rPr>
        <w:rFonts w:asciiTheme="majorHAnsi" w:hAnsiTheme="majorHAnsi" w:cstheme="majorHAnsi"/>
        <w:color w:val="C00000"/>
        <w:sz w:val="14"/>
        <w:szCs w:val="14"/>
      </w:rPr>
      <w:t xml:space="preserve"> </w: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begin"/>
    </w:r>
    <w:r w:rsidRPr="008A3802">
      <w:rPr>
        <w:rFonts w:asciiTheme="majorHAnsi" w:hAnsiTheme="majorHAnsi" w:cstheme="majorHAnsi"/>
        <w:color w:val="C00000"/>
        <w:sz w:val="14"/>
        <w:szCs w:val="14"/>
      </w:rPr>
      <w:instrText>PAGE   \* MERGEFORMAT</w:instrTex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separate"/>
    </w:r>
    <w:r w:rsidRPr="008A3802">
      <w:rPr>
        <w:rFonts w:asciiTheme="majorHAnsi" w:hAnsiTheme="majorHAnsi" w:cstheme="majorHAnsi"/>
        <w:color w:val="C00000"/>
        <w:sz w:val="14"/>
        <w:szCs w:val="14"/>
      </w:rPr>
      <w:t>1</w: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end"/>
    </w:r>
    <w:r w:rsidRPr="008A3802">
      <w:rPr>
        <w:rFonts w:asciiTheme="majorHAnsi" w:hAnsiTheme="majorHAnsi" w:cstheme="majorHAnsi"/>
        <w:color w:val="C00000"/>
        <w:sz w:val="14"/>
        <w:szCs w:val="14"/>
      </w:rPr>
      <w:t xml:space="preserve"> | </w: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begin"/>
    </w:r>
    <w:r w:rsidRPr="008A3802">
      <w:rPr>
        <w:rFonts w:asciiTheme="majorHAnsi" w:hAnsiTheme="majorHAnsi" w:cstheme="majorHAnsi"/>
        <w:color w:val="C00000"/>
        <w:sz w:val="14"/>
        <w:szCs w:val="14"/>
      </w:rPr>
      <w:instrText>NUMPAGES  \* Arabic  \* MERGEFORMAT</w:instrTex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separate"/>
    </w:r>
    <w:r w:rsidRPr="008A3802">
      <w:rPr>
        <w:rFonts w:asciiTheme="majorHAnsi" w:hAnsiTheme="majorHAnsi" w:cstheme="majorHAnsi"/>
        <w:color w:val="C00000"/>
        <w:sz w:val="14"/>
        <w:szCs w:val="14"/>
      </w:rPr>
      <w:t>1</w: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end"/>
    </w:r>
  </w:p>
  <w:p w14:paraId="595E153C" w14:textId="77777777" w:rsidR="007F2C20" w:rsidRDefault="007F2C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495C8" w14:textId="77777777" w:rsidR="00400013" w:rsidRDefault="00400013" w:rsidP="00936287">
      <w:pPr>
        <w:spacing w:after="0" w:line="240" w:lineRule="auto"/>
      </w:pPr>
      <w:r>
        <w:separator/>
      </w:r>
    </w:p>
  </w:footnote>
  <w:footnote w:type="continuationSeparator" w:id="0">
    <w:p w14:paraId="6695E5D0" w14:textId="77777777" w:rsidR="00400013" w:rsidRDefault="00400013" w:rsidP="00936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713A3" w14:textId="77777777" w:rsidR="007C7587" w:rsidRDefault="007C7587">
    <w:pPr>
      <w:pStyle w:val="Intestazione"/>
      <w:rPr>
        <w:rFonts w:asciiTheme="majorHAnsi" w:hAnsiTheme="majorHAnsi" w:cstheme="majorHAnsi"/>
        <w:i/>
      </w:rPr>
    </w:pPr>
    <w:r>
      <w:rPr>
        <w:b/>
        <w:bCs/>
        <w:noProof/>
        <w:sz w:val="32"/>
        <w:szCs w:val="32"/>
        <w14:ligatures w14:val="standardContextual"/>
      </w:rPr>
      <w:drawing>
        <wp:inline distT="0" distB="0" distL="0" distR="0" wp14:anchorId="6D66383B" wp14:editId="23108304">
          <wp:extent cx="971550" cy="626806"/>
          <wp:effectExtent l="0" t="0" r="0" b="1905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3624" cy="628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FA8464" w14:textId="0677D3B5" w:rsidR="001744CD" w:rsidRPr="009234CC" w:rsidRDefault="0094167F">
    <w:pPr>
      <w:pStyle w:val="Intestazione"/>
      <w:rPr>
        <w:rFonts w:asciiTheme="majorHAnsi" w:hAnsiTheme="majorHAnsi" w:cstheme="majorHAnsi"/>
        <w:i/>
      </w:rPr>
    </w:pPr>
    <w:r>
      <w:rPr>
        <w:rFonts w:asciiTheme="majorHAnsi" w:hAnsiTheme="majorHAnsi" w:cstheme="majorHAnsi"/>
        <w:i/>
      </w:rPr>
      <w:t xml:space="preserve">             </w:t>
    </w:r>
    <w:r w:rsidR="001744CD" w:rsidRPr="007F70F6">
      <w:rPr>
        <w:rFonts w:asciiTheme="majorHAnsi" w:hAnsiTheme="majorHAnsi" w:cstheme="majorHAnsi"/>
        <w:i/>
      </w:rPr>
      <w:t>Modulo 2026</w:t>
    </w:r>
    <w:r w:rsidR="009234CC">
      <w:rPr>
        <w:rFonts w:asciiTheme="majorHAnsi" w:hAnsiTheme="majorHAnsi" w:cstheme="majorHAnsi"/>
        <w:i/>
      </w:rPr>
      <w:t xml:space="preserve"> </w:t>
    </w:r>
    <w:r w:rsidR="00E00240">
      <w:rPr>
        <w:rFonts w:asciiTheme="majorHAnsi" w:hAnsiTheme="majorHAnsi" w:cstheme="majorHAnsi"/>
        <w:i/>
      </w:rPr>
      <w:t>–</w:t>
    </w:r>
    <w:r w:rsidR="009234CC">
      <w:rPr>
        <w:rFonts w:asciiTheme="majorHAnsi" w:hAnsiTheme="majorHAnsi" w:cstheme="majorHAnsi"/>
        <w:i/>
      </w:rPr>
      <w:t xml:space="preserve"> </w:t>
    </w:r>
    <w:r w:rsidR="00E00240">
      <w:rPr>
        <w:rFonts w:asciiTheme="majorHAnsi" w:hAnsiTheme="majorHAnsi" w:cstheme="majorHAnsi"/>
        <w:i/>
      </w:rPr>
      <w:t xml:space="preserve">Obblighi di comunicazione - </w:t>
    </w:r>
    <w:r w:rsidR="001744CD" w:rsidRPr="007F70F6">
      <w:rPr>
        <w:rFonts w:asciiTheme="majorHAnsi" w:hAnsiTheme="majorHAnsi" w:cstheme="majorHAnsi"/>
        <w:i/>
      </w:rPr>
      <w:t>personale docente e ricercatore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C224A2"/>
    <w:multiLevelType w:val="hybridMultilevel"/>
    <w:tmpl w:val="3A5411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8977C1"/>
    <w:multiLevelType w:val="hybridMultilevel"/>
    <w:tmpl w:val="16261EAE"/>
    <w:lvl w:ilvl="0" w:tplc="04100005">
      <w:start w:val="1"/>
      <w:numFmt w:val="bullet"/>
      <w:lvlText w:val=""/>
      <w:lvlJc w:val="left"/>
      <w:pPr>
        <w:ind w:left="8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28FE632F"/>
    <w:multiLevelType w:val="multilevel"/>
    <w:tmpl w:val="7F58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C1351A"/>
    <w:multiLevelType w:val="multilevel"/>
    <w:tmpl w:val="B3BC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523105"/>
    <w:multiLevelType w:val="hybridMultilevel"/>
    <w:tmpl w:val="757E02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51DCA"/>
    <w:multiLevelType w:val="multilevel"/>
    <w:tmpl w:val="24B22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392CFE"/>
    <w:multiLevelType w:val="multilevel"/>
    <w:tmpl w:val="69B4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2"/>
  </w:num>
  <w:num w:numId="13">
    <w:abstractNumId w:val="15"/>
  </w:num>
  <w:num w:numId="14">
    <w:abstractNumId w:val="13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1C8"/>
    <w:rsid w:val="00034616"/>
    <w:rsid w:val="00053211"/>
    <w:rsid w:val="0006063C"/>
    <w:rsid w:val="000A0F0E"/>
    <w:rsid w:val="000B156E"/>
    <w:rsid w:val="000F22AD"/>
    <w:rsid w:val="00127447"/>
    <w:rsid w:val="0015074B"/>
    <w:rsid w:val="00157F00"/>
    <w:rsid w:val="001744CD"/>
    <w:rsid w:val="001D40B2"/>
    <w:rsid w:val="00211536"/>
    <w:rsid w:val="00232CFE"/>
    <w:rsid w:val="00267827"/>
    <w:rsid w:val="00284BB6"/>
    <w:rsid w:val="0029639D"/>
    <w:rsid w:val="002A3F6E"/>
    <w:rsid w:val="002B1061"/>
    <w:rsid w:val="002B20C8"/>
    <w:rsid w:val="002E195F"/>
    <w:rsid w:val="00326F90"/>
    <w:rsid w:val="003438FC"/>
    <w:rsid w:val="00386E4E"/>
    <w:rsid w:val="003B799A"/>
    <w:rsid w:val="00400013"/>
    <w:rsid w:val="00402DB6"/>
    <w:rsid w:val="00431541"/>
    <w:rsid w:val="004A42FA"/>
    <w:rsid w:val="0050055F"/>
    <w:rsid w:val="005174C7"/>
    <w:rsid w:val="00537915"/>
    <w:rsid w:val="00543EA1"/>
    <w:rsid w:val="005A51F8"/>
    <w:rsid w:val="006067CC"/>
    <w:rsid w:val="00625C83"/>
    <w:rsid w:val="006261B4"/>
    <w:rsid w:val="00666C8D"/>
    <w:rsid w:val="006B0214"/>
    <w:rsid w:val="006C57F8"/>
    <w:rsid w:val="00705C5D"/>
    <w:rsid w:val="00772A23"/>
    <w:rsid w:val="0078070D"/>
    <w:rsid w:val="00782A0A"/>
    <w:rsid w:val="007C7587"/>
    <w:rsid w:val="007D1E73"/>
    <w:rsid w:val="007D2E62"/>
    <w:rsid w:val="007F2C20"/>
    <w:rsid w:val="007F70F6"/>
    <w:rsid w:val="0080371D"/>
    <w:rsid w:val="00877AA3"/>
    <w:rsid w:val="008A3802"/>
    <w:rsid w:val="008C22AA"/>
    <w:rsid w:val="008D1E5D"/>
    <w:rsid w:val="009234CC"/>
    <w:rsid w:val="00936287"/>
    <w:rsid w:val="0094167F"/>
    <w:rsid w:val="00944986"/>
    <w:rsid w:val="00950F86"/>
    <w:rsid w:val="00975144"/>
    <w:rsid w:val="0099680A"/>
    <w:rsid w:val="009A53F5"/>
    <w:rsid w:val="009A7AA2"/>
    <w:rsid w:val="009B45C3"/>
    <w:rsid w:val="009E4CCF"/>
    <w:rsid w:val="00A148F5"/>
    <w:rsid w:val="00A75718"/>
    <w:rsid w:val="00A77EB6"/>
    <w:rsid w:val="00AA1D8D"/>
    <w:rsid w:val="00B3024B"/>
    <w:rsid w:val="00B43E5C"/>
    <w:rsid w:val="00B47730"/>
    <w:rsid w:val="00B6199F"/>
    <w:rsid w:val="00B90EF7"/>
    <w:rsid w:val="00B94EAF"/>
    <w:rsid w:val="00BB397B"/>
    <w:rsid w:val="00C16A13"/>
    <w:rsid w:val="00C93128"/>
    <w:rsid w:val="00CB0664"/>
    <w:rsid w:val="00CB2840"/>
    <w:rsid w:val="00CE725F"/>
    <w:rsid w:val="00D74CA9"/>
    <w:rsid w:val="00E00240"/>
    <w:rsid w:val="00E325B0"/>
    <w:rsid w:val="00E85458"/>
    <w:rsid w:val="00EC5540"/>
    <w:rsid w:val="00F47C16"/>
    <w:rsid w:val="00F71969"/>
    <w:rsid w:val="00FC145A"/>
    <w:rsid w:val="00FC693F"/>
    <w:rsid w:val="00FE6E33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2"/>
    </o:shapelayout>
  </w:shapeDefaults>
  <w:decimalSymbol w:val=","/>
  <w:listSeparator w:val=";"/>
  <w14:docId w14:val="24062061"/>
  <w14:defaultImageDpi w14:val="300"/>
  <w15:docId w15:val="{75DB2BC1-402C-48D5-92D5-A78108FF4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color w:val="222222"/>
      <w:sz w:val="19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basedOn w:val="Titolo"/>
    <w:rPr>
      <w:rFonts w:ascii="Aptos" w:hAnsi="Aptos"/>
      <w:b/>
      <w:color w:val="1F3864"/>
      <w:sz w:val="28"/>
    </w:rPr>
  </w:style>
  <w:style w:type="paragraph" w:customStyle="1" w:styleId="SectionHead">
    <w:name w:val="SectionHead"/>
    <w:basedOn w:val="Titolo1"/>
    <w:rPr>
      <w:rFonts w:ascii="Aptos" w:hAnsi="Aptos"/>
      <w:color w:val="1F3864"/>
      <w:sz w:val="21"/>
    </w:rPr>
  </w:style>
  <w:style w:type="paragraph" w:customStyle="1" w:styleId="Small">
    <w:name w:val="Small"/>
    <w:basedOn w:val="Normale"/>
    <w:rPr>
      <w:color w:val="333333"/>
      <w:sz w:val="17"/>
    </w:rPr>
  </w:style>
  <w:style w:type="paragraph" w:customStyle="1" w:styleId="Body">
    <w:name w:val="Body"/>
    <w:basedOn w:val="Normale"/>
  </w:style>
  <w:style w:type="paragraph" w:styleId="NormaleWeb">
    <w:name w:val="Normal (Web)"/>
    <w:basedOn w:val="Normale"/>
    <w:uiPriority w:val="99"/>
    <w:unhideWhenUsed/>
    <w:rsid w:val="00B90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it-IT"/>
    </w:rPr>
  </w:style>
  <w:style w:type="table" w:styleId="Grigliatabellachiara">
    <w:name w:val="Grid Table Light"/>
    <w:basedOn w:val="Tabellanormale"/>
    <w:uiPriority w:val="99"/>
    <w:rsid w:val="001D40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rttextincomma">
    <w:name w:val="art_text_in_comma"/>
    <w:basedOn w:val="Carpredefinitoparagrafo"/>
    <w:rsid w:val="00500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3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5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9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4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4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3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Evarita D'Archivio</cp:lastModifiedBy>
  <cp:revision>15</cp:revision>
  <dcterms:created xsi:type="dcterms:W3CDTF">2026-05-27T13:16:00Z</dcterms:created>
  <dcterms:modified xsi:type="dcterms:W3CDTF">2026-06-15T12:03:00Z</dcterms:modified>
  <cp:category/>
</cp:coreProperties>
</file>