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55" w:type="dxa"/>
        <w:jc w:val="center"/>
        <w:tblLook w:val="04A0" w:firstRow="1" w:lastRow="0" w:firstColumn="1" w:lastColumn="0" w:noHBand="0" w:noVBand="1"/>
      </w:tblPr>
      <w:tblGrid>
        <w:gridCol w:w="10555"/>
      </w:tblGrid>
      <w:tr w:rsidR="00FE6E33" w:rsidRPr="00127447" w14:paraId="222FA77F" w14:textId="77777777" w:rsidTr="000A0F0E">
        <w:trPr>
          <w:trHeight w:val="814"/>
          <w:jc w:val="center"/>
        </w:trPr>
        <w:tc>
          <w:tcPr>
            <w:tcW w:w="10555" w:type="dxa"/>
            <w:tcBorders>
              <w:top w:val="single" w:sz="10" w:space="0" w:color="9FBAD0"/>
              <w:left w:val="single" w:sz="10" w:space="0" w:color="9FBAD0"/>
              <w:bottom w:val="single" w:sz="10" w:space="0" w:color="9FBAD0"/>
              <w:right w:val="single" w:sz="10" w:space="0" w:color="9FBAD0"/>
            </w:tcBorders>
            <w:shd w:val="clear" w:color="auto" w:fill="auto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6E75378" w14:textId="3A0EF7F0" w:rsidR="00FE6E33" w:rsidRPr="00127447" w:rsidRDefault="00B90EF7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C00000"/>
                <w:sz w:val="26"/>
              </w:rPr>
            </w:pPr>
            <w:r>
              <w:rPr>
                <w:rFonts w:asciiTheme="majorHAnsi" w:hAnsiTheme="majorHAnsi" w:cstheme="majorHAnsi"/>
                <w:b/>
                <w:color w:val="C00000"/>
                <w:sz w:val="26"/>
              </w:rPr>
              <w:t xml:space="preserve">COMUNICAZIONI </w:t>
            </w:r>
            <w:r w:rsidRPr="00B90EF7">
              <w:rPr>
                <w:rFonts w:asciiTheme="majorHAnsi" w:hAnsiTheme="majorHAnsi" w:cstheme="majorHAnsi"/>
                <w:b/>
                <w:color w:val="C00000"/>
                <w:sz w:val="26"/>
              </w:rPr>
              <w:t>DI ATTIVITÀ EXTRA-ISTITUZIONALI NON SOGGETTE AD AUTORIZZAZIONE</w:t>
            </w:r>
          </w:p>
          <w:p w14:paraId="1307763D" w14:textId="77777777" w:rsidR="007F70F6" w:rsidRDefault="007F70F6">
            <w:pPr>
              <w:spacing w:after="0" w:line="240" w:lineRule="auto"/>
              <w:jc w:val="center"/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</w:pPr>
            <w:r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Ai sensi del </w:t>
            </w:r>
            <w:r w:rsidR="000031C8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“</w:t>
            </w:r>
            <w:r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 xml:space="preserve">Regolamento </w:t>
            </w:r>
            <w:r w:rsidR="000B156E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 xml:space="preserve">in materia di incarichi extra istituzionali </w:t>
            </w:r>
            <w:r w:rsidR="009234CC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>personale docente e ricercatore</w:t>
            </w:r>
            <w:r w:rsidR="000031C8" w:rsidRPr="00127447">
              <w:rPr>
                <w:rFonts w:asciiTheme="majorHAnsi" w:hAnsiTheme="majorHAnsi" w:cstheme="majorHAnsi"/>
                <w:b/>
                <w:i/>
                <w:iCs/>
                <w:color w:val="C00000"/>
                <w:sz w:val="22"/>
                <w:szCs w:val="18"/>
              </w:rPr>
              <w:t>”</w:t>
            </w:r>
            <w:r w:rsidR="009234CC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 </w:t>
            </w:r>
            <w:r w:rsidR="000B156E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- </w:t>
            </w:r>
            <w:r w:rsidR="00877AA3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 xml:space="preserve">D.R </w:t>
            </w:r>
            <w:r w:rsidR="005A51F8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n</w:t>
            </w:r>
            <w:r w:rsidR="00877AA3" w:rsidRPr="00127447">
              <w:rPr>
                <w:rFonts w:asciiTheme="majorHAnsi" w:hAnsiTheme="majorHAnsi" w:cstheme="majorHAnsi"/>
                <w:b/>
                <w:color w:val="C00000"/>
                <w:sz w:val="22"/>
                <w:szCs w:val="18"/>
              </w:rPr>
              <w:t>. 2538/2020</w:t>
            </w:r>
          </w:p>
          <w:p w14:paraId="73D92985" w14:textId="108492DC" w:rsidR="005B3F2D" w:rsidRDefault="001D40B2" w:rsidP="00344C17">
            <w:pPr>
              <w:spacing w:after="0" w:line="240" w:lineRule="auto"/>
              <w:jc w:val="center"/>
              <w:rPr>
                <w:rFonts w:asciiTheme="majorHAnsi" w:hAnsiTheme="majorHAnsi" w:cstheme="majorHAnsi"/>
              </w:rPr>
            </w:pPr>
            <w:r w:rsidRPr="001D40B2">
              <w:rPr>
                <w:rFonts w:asciiTheme="majorHAnsi" w:hAnsiTheme="majorHAnsi" w:cstheme="majorHAnsi"/>
              </w:rPr>
              <w:t>(da presentare in sede di rendicontazione annuale delle attività didattiche)</w:t>
            </w:r>
          </w:p>
          <w:p w14:paraId="4881448D" w14:textId="01EA98B2" w:rsidR="005B3F2D" w:rsidRPr="00127447" w:rsidRDefault="005B3F2D" w:rsidP="005B3F2D">
            <w:pPr>
              <w:pStyle w:val="NormaleWeb"/>
              <w:jc w:val="center"/>
              <w:rPr>
                <w:rFonts w:asciiTheme="majorHAnsi" w:hAnsiTheme="majorHAnsi" w:cstheme="majorHAnsi"/>
              </w:rPr>
            </w:pPr>
            <w:r w:rsidRPr="003B799A">
              <w:rPr>
                <w:rStyle w:val="Enfasicorsivo"/>
                <w:rFonts w:asciiTheme="majorHAnsi" w:hAnsiTheme="majorHAnsi" w:cstheme="majorHAnsi"/>
              </w:rPr>
              <w:t>(Anno solare ______)</w:t>
            </w:r>
          </w:p>
        </w:tc>
      </w:tr>
      <w:tr w:rsidR="00FE6E33" w:rsidRPr="000A0F0E" w14:paraId="4CAC097B" w14:textId="77777777" w:rsidTr="000A0F0E">
        <w:trPr>
          <w:trHeight w:val="543"/>
          <w:jc w:val="center"/>
        </w:trPr>
        <w:tc>
          <w:tcPr>
            <w:tcW w:w="105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D09967F" w14:textId="77777777" w:rsidR="006C57F8" w:rsidRPr="000A0F0E" w:rsidRDefault="006C57F8" w:rsidP="003438F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  <w:p w14:paraId="6EB23E3A" w14:textId="14B51FA8" w:rsidR="007075E6" w:rsidRDefault="007075E6" w:rsidP="003438F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Al/la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Magnifico/a </w:t>
            </w:r>
            <w:r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Rettore/Rettrice [nel caso dei/delle Presidi]</w:t>
            </w:r>
          </w:p>
          <w:p w14:paraId="4FCC998D" w14:textId="0DD63B6B" w:rsidR="00E85458" w:rsidRPr="000A0F0E" w:rsidRDefault="003438FC" w:rsidP="003438FC">
            <w:pPr>
              <w:spacing w:after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Al</w:t>
            </w:r>
            <w:r w:rsidR="006C57F8"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/la</w:t>
            </w:r>
            <w:r w:rsidR="00975144"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Preside della Facoltà di ________________________________</w:t>
            </w:r>
          </w:p>
          <w:p w14:paraId="42579D4C" w14:textId="354E09AE" w:rsidR="0094167F" w:rsidRPr="000A0F0E" w:rsidRDefault="00975144" w:rsidP="003438FC">
            <w:pPr>
              <w:spacing w:after="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br/>
            </w:r>
            <w:r w:rsidR="0094167F"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Mezzo mail o </w:t>
            </w:r>
            <w:proofErr w:type="spellStart"/>
            <w:r w:rsidR="0094167F" w:rsidRPr="000A0F0E"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>pec</w:t>
            </w:r>
            <w:proofErr w:type="spellEnd"/>
          </w:p>
          <w:p w14:paraId="1939778D" w14:textId="6EEE2D95" w:rsidR="0094167F" w:rsidRPr="000A0F0E" w:rsidRDefault="0094167F" w:rsidP="003438FC">
            <w:pPr>
              <w:spacing w:after="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</w:p>
        </w:tc>
      </w:tr>
      <w:tr w:rsidR="00FE6E33" w:rsidRPr="000A0F0E" w14:paraId="0498616C" w14:textId="77777777" w:rsidTr="000A0F0E">
        <w:tblPrEx>
          <w:jc w:val="left"/>
          <w:shd w:val="clear" w:color="auto" w:fill="F2DBDB" w:themeFill="accent2" w:themeFillTint="33"/>
        </w:tblPrEx>
        <w:trPr>
          <w:trHeight w:val="375"/>
        </w:trPr>
        <w:tc>
          <w:tcPr>
            <w:tcW w:w="10555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2DBDB" w:themeFill="accent2" w:themeFillTint="33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053CB27F" w14:textId="5DFA4861" w:rsidR="00FE6E33" w:rsidRPr="000A0F0E" w:rsidRDefault="00975144" w:rsidP="00BB397B">
            <w:pPr>
              <w:pStyle w:val="Small"/>
              <w:spacing w:after="0" w:line="240" w:lineRule="auto"/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Nota: </w:t>
            </w:r>
            <w:r w:rsidR="00BB397B" w:rsidRPr="000A0F0E">
              <w:rPr>
                <w:rFonts w:asciiTheme="majorHAnsi" w:hAnsiTheme="majorHAnsi" w:cstheme="majorHAnsi"/>
                <w:sz w:val="20"/>
                <w:szCs w:val="20"/>
              </w:rPr>
              <w:t>Il modulo non si applica agli incarichi di insegnamento presso altre università o alla docenza esterna</w:t>
            </w:r>
            <w:r w:rsidR="000A0F0E" w:rsidRPr="000A0F0E"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="00A11E43" w:rsidRPr="007075E6">
              <w:rPr>
                <w:rFonts w:asciiTheme="majorHAnsi" w:hAnsiTheme="majorHAnsi" w:cstheme="majorHAnsi"/>
                <w:sz w:val="20"/>
                <w:szCs w:val="20"/>
                <w:u w:val="single"/>
              </w:rPr>
              <w:t>se svolte entro i limiti del</w:t>
            </w:r>
            <w:r w:rsidR="000A0F0E" w:rsidRPr="007075E6">
              <w:rPr>
                <w:rFonts w:asciiTheme="majorHAnsi" w:hAnsiTheme="majorHAnsi" w:cstheme="majorHAnsi"/>
                <w:sz w:val="20"/>
                <w:szCs w:val="20"/>
                <w:u w:val="single"/>
              </w:rPr>
              <w:t xml:space="preserve"> Regolamento unico sui compiti didattici di Sapienza.</w:t>
            </w:r>
          </w:p>
        </w:tc>
      </w:tr>
    </w:tbl>
    <w:p w14:paraId="64DE10F3" w14:textId="77777777" w:rsidR="00FE6E33" w:rsidRPr="00DF7B05" w:rsidRDefault="00975144" w:rsidP="00DF7B05">
      <w:pPr>
        <w:pStyle w:val="Titolo3"/>
        <w:rPr>
          <w:rFonts w:cstheme="majorHAnsi"/>
          <w:sz w:val="20"/>
          <w:szCs w:val="20"/>
        </w:rPr>
      </w:pPr>
      <w:r w:rsidRPr="00DF7B05">
        <w:rPr>
          <w:rFonts w:cstheme="majorHAnsi"/>
          <w:sz w:val="20"/>
          <w:szCs w:val="20"/>
        </w:rPr>
        <w:t>1. Dati del richiedente</w:t>
      </w:r>
    </w:p>
    <w:tbl>
      <w:tblPr>
        <w:tblW w:w="10545" w:type="dxa"/>
        <w:jc w:val="center"/>
        <w:tblLayout w:type="fixed"/>
        <w:tblLook w:val="04A0" w:firstRow="1" w:lastRow="0" w:firstColumn="1" w:lastColumn="0" w:noHBand="0" w:noVBand="1"/>
      </w:tblPr>
      <w:tblGrid>
        <w:gridCol w:w="2324"/>
        <w:gridCol w:w="2778"/>
        <w:gridCol w:w="1814"/>
        <w:gridCol w:w="3629"/>
      </w:tblGrid>
      <w:tr w:rsidR="00FE6E33" w:rsidRPr="000A0F0E" w14:paraId="6B4B7C13" w14:textId="77777777" w:rsidTr="00B90EF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63D1444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Il/La sottoscritto/a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03F544F" w14:textId="3A3ABE5C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8925235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Codice fiscale</w:t>
            </w:r>
          </w:p>
        </w:tc>
        <w:tc>
          <w:tcPr>
            <w:tcW w:w="3629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68B098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________________________________</w:t>
            </w:r>
          </w:p>
        </w:tc>
      </w:tr>
      <w:tr w:rsidR="00FE6E33" w:rsidRPr="000A0F0E" w14:paraId="6EC9B67E" w14:textId="77777777" w:rsidTr="00B90EF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9E3E255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Nato/a </w:t>
            </w:r>
            <w:proofErr w:type="spellStart"/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6EB36A" w14:textId="3FB1486E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FE5CFDD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Prov.</w:t>
            </w:r>
          </w:p>
        </w:tc>
        <w:tc>
          <w:tcPr>
            <w:tcW w:w="3629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640968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________________________________</w:t>
            </w:r>
          </w:p>
        </w:tc>
      </w:tr>
      <w:tr w:rsidR="00FE6E33" w:rsidRPr="000A0F0E" w14:paraId="4717C911" w14:textId="77777777" w:rsidTr="00B90EF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B6AE633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Il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F0E180E" w14:textId="75D415F6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ABDAFA5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Residente in</w:t>
            </w:r>
          </w:p>
        </w:tc>
        <w:tc>
          <w:tcPr>
            <w:tcW w:w="3629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A082FA0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________________________________</w:t>
            </w:r>
          </w:p>
        </w:tc>
      </w:tr>
      <w:tr w:rsidR="00FE6E33" w:rsidRPr="000A0F0E" w14:paraId="7426B7C8" w14:textId="77777777" w:rsidTr="00B90EF7">
        <w:trPr>
          <w:jc w:val="center"/>
        </w:trPr>
        <w:tc>
          <w:tcPr>
            <w:tcW w:w="232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897700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Via/Piazza</w:t>
            </w:r>
          </w:p>
        </w:tc>
        <w:tc>
          <w:tcPr>
            <w:tcW w:w="2778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2A73570" w14:textId="704732DF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</w:t>
            </w:r>
          </w:p>
        </w:tc>
        <w:tc>
          <w:tcPr>
            <w:tcW w:w="1814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3B9B5AC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CAP</w:t>
            </w:r>
          </w:p>
        </w:tc>
        <w:tc>
          <w:tcPr>
            <w:tcW w:w="3629" w:type="dxa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7B52DC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________________________________</w:t>
            </w:r>
          </w:p>
        </w:tc>
      </w:tr>
      <w:tr w:rsidR="00FE6E33" w:rsidRPr="000A0F0E" w14:paraId="0A1E1402" w14:textId="77777777" w:rsidTr="00D6365D">
        <w:trPr>
          <w:trHeight w:val="1122"/>
          <w:jc w:val="center"/>
        </w:trPr>
        <w:tc>
          <w:tcPr>
            <w:tcW w:w="5102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656939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Qualifica</w:t>
            </w:r>
          </w:p>
        </w:tc>
        <w:tc>
          <w:tcPr>
            <w:tcW w:w="5443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9826309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□ Professore di prima fascia   □ Professore di seconda fascia   □ Ricercatore a tempo indeterminato   □ Ricercatore a tempo determinato</w:t>
            </w:r>
          </w:p>
        </w:tc>
      </w:tr>
      <w:tr w:rsidR="00FE6E33" w:rsidRPr="000A0F0E" w14:paraId="51CD8255" w14:textId="77777777" w:rsidTr="00B90EF7">
        <w:trPr>
          <w:jc w:val="center"/>
        </w:trPr>
        <w:tc>
          <w:tcPr>
            <w:tcW w:w="5102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shd w:val="clear" w:color="auto" w:fill="F7FAF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EF24BFF" w14:textId="77777777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sz w:val="20"/>
                <w:szCs w:val="20"/>
              </w:rPr>
              <w:t>Regime e struttura</w:t>
            </w:r>
          </w:p>
        </w:tc>
        <w:tc>
          <w:tcPr>
            <w:tcW w:w="5443" w:type="dxa"/>
            <w:gridSpan w:val="2"/>
            <w:tcBorders>
              <w:top w:val="single" w:sz="8" w:space="0" w:color="D9E2F3"/>
              <w:left w:val="single" w:sz="8" w:space="0" w:color="D9E2F3"/>
              <w:bottom w:val="single" w:sz="8" w:space="0" w:color="D9E2F3"/>
              <w:right w:val="single" w:sz="8" w:space="0" w:color="D9E2F3"/>
            </w:tcBorders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C1EC65" w14:textId="77777777" w:rsidR="000031C8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□ Tempo pieno   □ Tempo definito</w:t>
            </w:r>
            <w:r w:rsidRPr="000A0F0E">
              <w:rPr>
                <w:rFonts w:asciiTheme="majorHAnsi" w:hAnsiTheme="majorHAnsi" w:cstheme="majorHAnsi"/>
                <w:sz w:val="20"/>
                <w:szCs w:val="20"/>
              </w:rPr>
              <w:br/>
              <w:t xml:space="preserve">Dipartimento di ________________________________   </w:t>
            </w:r>
          </w:p>
          <w:p w14:paraId="705A431C" w14:textId="34349EEE" w:rsidR="00FE6E33" w:rsidRPr="000A0F0E" w:rsidRDefault="00975144">
            <w:pPr>
              <w:pStyle w:val="Body"/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Facoltà di ________________________________</w:t>
            </w:r>
          </w:p>
        </w:tc>
      </w:tr>
    </w:tbl>
    <w:p w14:paraId="233B8DC7" w14:textId="77777777" w:rsidR="00B90EF7" w:rsidRPr="000A0F0E" w:rsidRDefault="00B90EF7" w:rsidP="00B90EF7">
      <w:pPr>
        <w:pStyle w:val="Titolo3"/>
        <w:rPr>
          <w:rFonts w:cstheme="majorHAnsi"/>
          <w:sz w:val="20"/>
          <w:szCs w:val="20"/>
        </w:rPr>
      </w:pPr>
      <w:r w:rsidRPr="000A0F0E">
        <w:rPr>
          <w:rFonts w:cstheme="majorHAnsi"/>
          <w:sz w:val="20"/>
          <w:szCs w:val="20"/>
        </w:rPr>
        <w:t>2) Oggetto della comunicazione</w:t>
      </w:r>
    </w:p>
    <w:p w14:paraId="3EBAD5EC" w14:textId="0B429129" w:rsidR="00B90EF7" w:rsidRDefault="00B90EF7" w:rsidP="00B90EF7">
      <w:pPr>
        <w:pStyle w:val="NormaleWeb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Il/La sottoscritto/a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comunica</w:t>
      </w:r>
      <w:r w:rsidRPr="000A0F0E">
        <w:rPr>
          <w:rFonts w:asciiTheme="majorHAnsi" w:hAnsiTheme="majorHAnsi" w:cstheme="majorHAnsi"/>
          <w:sz w:val="20"/>
          <w:szCs w:val="20"/>
        </w:rPr>
        <w:t xml:space="preserve"> di aver svolto, nell’Anno </w:t>
      </w:r>
      <w:r w:rsidR="001D40B2" w:rsidRPr="000A0F0E">
        <w:rPr>
          <w:rFonts w:asciiTheme="majorHAnsi" w:hAnsiTheme="majorHAnsi" w:cstheme="majorHAnsi"/>
          <w:sz w:val="20"/>
          <w:szCs w:val="20"/>
        </w:rPr>
        <w:t>solare _________</w:t>
      </w:r>
      <w:r w:rsidRPr="000A0F0E">
        <w:rPr>
          <w:rFonts w:asciiTheme="majorHAnsi" w:hAnsiTheme="majorHAnsi" w:cstheme="majorHAnsi"/>
          <w:sz w:val="20"/>
          <w:szCs w:val="20"/>
        </w:rPr>
        <w:t xml:space="preserve">, le seguenti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attività extra-istituzionali consentite e non soggette ad autorizzazione</w:t>
      </w:r>
      <w:r w:rsidRPr="000A0F0E">
        <w:rPr>
          <w:rFonts w:asciiTheme="majorHAnsi" w:hAnsiTheme="majorHAnsi" w:cstheme="majorHAnsi"/>
          <w:sz w:val="20"/>
          <w:szCs w:val="20"/>
        </w:rPr>
        <w:t xml:space="preserve">, rese in ogni caso nel rispetto degli obblighi istituzionali. </w:t>
      </w:r>
    </w:p>
    <w:tbl>
      <w:tblPr>
        <w:tblStyle w:val="Grigliatabellachiara"/>
        <w:tblW w:w="0" w:type="auto"/>
        <w:tblLook w:val="04A0" w:firstRow="1" w:lastRow="0" w:firstColumn="1" w:lastColumn="0" w:noHBand="0" w:noVBand="1"/>
      </w:tblPr>
      <w:tblGrid>
        <w:gridCol w:w="392"/>
        <w:gridCol w:w="2084"/>
        <w:gridCol w:w="1488"/>
        <w:gridCol w:w="829"/>
        <w:gridCol w:w="1472"/>
        <w:gridCol w:w="781"/>
        <w:gridCol w:w="1045"/>
        <w:gridCol w:w="1328"/>
        <w:gridCol w:w="883"/>
      </w:tblGrid>
      <w:tr w:rsidR="008C2381" w:rsidRPr="000A0F0E" w14:paraId="65BAF702" w14:textId="77777777" w:rsidTr="00E07350">
        <w:tc>
          <w:tcPr>
            <w:tcW w:w="0" w:type="auto"/>
            <w:hideMark/>
          </w:tcPr>
          <w:p w14:paraId="2F5C846B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lastRenderedPageBreak/>
              <w:t>N.</w:t>
            </w:r>
          </w:p>
        </w:tc>
        <w:tc>
          <w:tcPr>
            <w:tcW w:w="0" w:type="auto"/>
            <w:hideMark/>
          </w:tcPr>
          <w:p w14:paraId="0B50B6CB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 xml:space="preserve">Tipologia attività (es. partecipazione a comitato/commissione; formazione per dipendenti PA; collaborazione scientifica; incarichi enti partecipati; </w:t>
            </w:r>
            <w:proofErr w:type="spellStart"/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ecc</w:t>
            </w:r>
            <w:proofErr w:type="spellEnd"/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0" w:type="auto"/>
            <w:hideMark/>
          </w:tcPr>
          <w:p w14:paraId="32814CE2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Ente/Soggetto (denominazione e CF/P.IVA se disponibili)</w:t>
            </w:r>
          </w:p>
        </w:tc>
        <w:tc>
          <w:tcPr>
            <w:tcW w:w="0" w:type="auto"/>
            <w:hideMark/>
          </w:tcPr>
          <w:p w14:paraId="256F4A5A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Periodo (dal–al)</w:t>
            </w:r>
          </w:p>
        </w:tc>
        <w:tc>
          <w:tcPr>
            <w:tcW w:w="0" w:type="auto"/>
            <w:hideMark/>
          </w:tcPr>
          <w:p w14:paraId="398426C7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Luogo/modalità</w:t>
            </w:r>
          </w:p>
        </w:tc>
        <w:tc>
          <w:tcPr>
            <w:tcW w:w="0" w:type="auto"/>
            <w:hideMark/>
          </w:tcPr>
          <w:p w14:paraId="1DD07018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3B799A">
              <w:rPr>
                <w:rFonts w:asciiTheme="majorHAnsi" w:hAnsiTheme="majorHAnsi" w:cstheme="majorHAnsi"/>
                <w:b/>
                <w:bCs/>
              </w:rPr>
              <w:t>Ore stimate</w:t>
            </w:r>
          </w:p>
        </w:tc>
        <w:tc>
          <w:tcPr>
            <w:tcW w:w="0" w:type="auto"/>
            <w:hideMark/>
          </w:tcPr>
          <w:p w14:paraId="60690D5A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Compenso (se presente) / Rimborso spese</w:t>
            </w:r>
          </w:p>
        </w:tc>
        <w:tc>
          <w:tcPr>
            <w:tcW w:w="0" w:type="auto"/>
            <w:hideMark/>
          </w:tcPr>
          <w:p w14:paraId="39321E39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Note (es. eventuali rapporti con Sapienza/COI)</w:t>
            </w:r>
          </w:p>
        </w:tc>
        <w:tc>
          <w:tcPr>
            <w:tcW w:w="0" w:type="auto"/>
          </w:tcPr>
          <w:p w14:paraId="52BE3318" w14:textId="77777777" w:rsidR="008C2381" w:rsidRPr="000A0F0E" w:rsidRDefault="008C2381" w:rsidP="00E07350">
            <w:pPr>
              <w:jc w:val="center"/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sz w:val="20"/>
                <w:szCs w:val="20"/>
              </w:rPr>
              <w:t>Eseguito con uso di Partita IVA (SI/NO)</w:t>
            </w:r>
          </w:p>
        </w:tc>
      </w:tr>
      <w:tr w:rsidR="008C2381" w:rsidRPr="000A0F0E" w14:paraId="424C9148" w14:textId="77777777" w:rsidTr="00E07350">
        <w:tc>
          <w:tcPr>
            <w:tcW w:w="0" w:type="auto"/>
            <w:hideMark/>
          </w:tcPr>
          <w:p w14:paraId="50A2F904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1</w:t>
            </w:r>
          </w:p>
        </w:tc>
        <w:tc>
          <w:tcPr>
            <w:tcW w:w="0" w:type="auto"/>
            <w:hideMark/>
          </w:tcPr>
          <w:p w14:paraId="173800DF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A862C7F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865FAE5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B571F93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6311F5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BB4CFC1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0292DA3C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56CAEF56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2381" w:rsidRPr="000A0F0E" w14:paraId="44B2EFDE" w14:textId="77777777" w:rsidTr="00E07350">
        <w:tc>
          <w:tcPr>
            <w:tcW w:w="0" w:type="auto"/>
            <w:hideMark/>
          </w:tcPr>
          <w:p w14:paraId="0E6E5C3D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0" w:type="auto"/>
            <w:hideMark/>
          </w:tcPr>
          <w:p w14:paraId="3AD544E9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2C173B1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28006FE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99393B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7535691E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1D0E9831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3F13FAE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6924D2AC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8C2381" w:rsidRPr="000A0F0E" w14:paraId="71F82D3D" w14:textId="77777777" w:rsidTr="00E07350">
        <w:tc>
          <w:tcPr>
            <w:tcW w:w="0" w:type="auto"/>
            <w:hideMark/>
          </w:tcPr>
          <w:p w14:paraId="1FA8FA42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0A0F0E">
              <w:rPr>
                <w:rFonts w:asciiTheme="majorHAnsi" w:hAnsiTheme="majorHAnsi" w:cstheme="majorHAnsi"/>
                <w:sz w:val="20"/>
                <w:szCs w:val="20"/>
              </w:rPr>
              <w:t>3</w:t>
            </w:r>
          </w:p>
        </w:tc>
        <w:tc>
          <w:tcPr>
            <w:tcW w:w="0" w:type="auto"/>
            <w:hideMark/>
          </w:tcPr>
          <w:p w14:paraId="30956AF4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6F34D639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590B42C4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00D2F00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34D0C5A7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483B696A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  <w:hideMark/>
          </w:tcPr>
          <w:p w14:paraId="2A47E7DE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0" w:type="auto"/>
          </w:tcPr>
          <w:p w14:paraId="2396F9C1" w14:textId="77777777" w:rsidR="008C2381" w:rsidRPr="000A0F0E" w:rsidRDefault="008C2381" w:rsidP="00E07350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</w:tbl>
    <w:p w14:paraId="1A3FC15E" w14:textId="77777777" w:rsidR="008C2381" w:rsidRDefault="008C2381" w:rsidP="001A0B46"/>
    <w:p w14:paraId="2EC2DE4D" w14:textId="738040B8" w:rsidR="001A0B46" w:rsidRPr="001A0B46" w:rsidRDefault="001A0B46" w:rsidP="001A0B46">
      <w:r>
        <w:t>Sono oggetto di comunicazione obbligatoria:</w:t>
      </w:r>
    </w:p>
    <w:p w14:paraId="6A487941" w14:textId="0D3255C8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Lezioni e seminari di carattere occasionale</w:t>
      </w:r>
      <w:r w:rsidR="005B3F2D">
        <w:rPr>
          <w:i/>
          <w:iCs/>
          <w:color w:val="000000"/>
        </w:rPr>
        <w:t xml:space="preserve"> (se svolte oltre i limiti del Regolamento unico sui compiti didattici)</w:t>
      </w:r>
      <w:r w:rsidRPr="0019233B">
        <w:rPr>
          <w:i/>
          <w:iCs/>
          <w:color w:val="000000"/>
        </w:rPr>
        <w:t>;</w:t>
      </w:r>
    </w:p>
    <w:p w14:paraId="7960B210" w14:textId="5F119AB1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Attività di collaborazione e ricerca scientifica presso strutture pubbliche, nonché di partecipazione ad organi collegiali di consulenza tecnico-scientifica dello Stato, degli enti pubblici e a partecipazione pubblica, degli enti di ricerca e cultura in genere,</w:t>
      </w:r>
      <w:r w:rsidR="005B3F2D">
        <w:rPr>
          <w:i/>
          <w:iCs/>
          <w:color w:val="000000"/>
        </w:rPr>
        <w:t xml:space="preserve"> </w:t>
      </w:r>
      <w:r w:rsidRPr="0019233B">
        <w:rPr>
          <w:i/>
          <w:iCs/>
          <w:color w:val="000000"/>
        </w:rPr>
        <w:t>dell’autorità governativa e degli altri Organi costituzionali dello Stato;</w:t>
      </w:r>
    </w:p>
    <w:p w14:paraId="0D9C0EE5" w14:textId="77777777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Incarichi gratuiti per i quali è corrisposto il solo rimborso spese;</w:t>
      </w:r>
    </w:p>
    <w:p w14:paraId="36F41D11" w14:textId="77777777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Attività di formazione diretta ai dipendenti della pubblica amministrazione;</w:t>
      </w:r>
    </w:p>
    <w:p w14:paraId="4E0BDFA7" w14:textId="77777777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Utilizzazione economica da parte dell’autore o inventore delle opere di ingegno e di invenzioni industriali, nel rispetto del Regolamento di Ateneo;</w:t>
      </w:r>
    </w:p>
    <w:p w14:paraId="388FF8A3" w14:textId="77777777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le attività di consulenza esterna e le attività libero- professionali a favore di terzi, consistenti in una prestazione d’opera intellettuale, salvo i casi in cui la prestazione sia resa a titolo personale e non in forma abituale sistematica, prevalente e organizzata. L’attività oggetto dell’incarico non può, in ogni caso, limitare o compromettere l’impegno del docente in Ateneo. In questi casi nella comunicazione prevista dall’art. 11 del presente regolamento, il docente è tenuto a precisare che la prestazione è resa in qualità di esperto della materia, studioso della relativa disciplina, mediante applicazione dei risultati conseguiti con i propri studi e riconducibile al settore concorsuale di afferenza;</w:t>
      </w:r>
    </w:p>
    <w:p w14:paraId="06425F6F" w14:textId="77777777" w:rsidR="00F70E48" w:rsidRPr="0019233B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 xml:space="preserve">le attività definite espressamente incompatibili da specifiche disposizioni legislative o regolamentari, quali, a titolo meramente esemplificativo, l’art. 1, comma 818, della Legge n. 296/2006 (incarichi di direttore generale, direttore scientifico, direttore amministrativo e direttore sanitario degli Istituti di ricovero e cura a carattere scientifico, di cui all’art. 11, comma 3, del decreto legislativo 16 ottobre 2003, n. 288) e l’art. 53, comma 1 bis, del </w:t>
      </w:r>
      <w:proofErr w:type="spellStart"/>
      <w:r w:rsidRPr="0019233B">
        <w:rPr>
          <w:i/>
          <w:iCs/>
          <w:color w:val="000000"/>
        </w:rPr>
        <w:t>D.Lgs.</w:t>
      </w:r>
      <w:proofErr w:type="spellEnd"/>
      <w:r w:rsidRPr="0019233B">
        <w:rPr>
          <w:i/>
          <w:iCs/>
          <w:color w:val="000000"/>
        </w:rPr>
        <w:t xml:space="preserve"> n. 165/2001 (incarichi di direzione di strutture deputate alla gestione del personale conferiti a soggetti che rivestano o abbiano rivestito negli ultimi due anni cariche in partiti politici o in organizzazioni sindacali o che abbiano avuto negli ultimi due anni rapporti continuativi di collaborazione o di consulenza con le predette organizzazioni);</w:t>
      </w:r>
    </w:p>
    <w:p w14:paraId="3B53CD1D" w14:textId="77777777" w:rsidR="00F70E48" w:rsidRDefault="00F70E48" w:rsidP="001A0B46">
      <w:pPr>
        <w:pStyle w:val="Paragrafoelenco"/>
        <w:numPr>
          <w:ilvl w:val="1"/>
          <w:numId w:val="17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  <w:r w:rsidRPr="0019233B">
        <w:rPr>
          <w:i/>
          <w:iCs/>
          <w:color w:val="000000"/>
        </w:rPr>
        <w:t>tutti gli incarichi per i quali, essendo necessaria l’autorizzazione, questa non è stata rilasciata.</w:t>
      </w:r>
    </w:p>
    <w:p w14:paraId="2C5E9C3F" w14:textId="77777777" w:rsidR="001A0B46" w:rsidRPr="0019233B" w:rsidRDefault="001A0B46" w:rsidP="001A0B46">
      <w:pPr>
        <w:pStyle w:val="Paragrafoelenco"/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/>
        <w:jc w:val="both"/>
        <w:rPr>
          <w:i/>
          <w:iCs/>
          <w:color w:val="000000"/>
        </w:rPr>
      </w:pPr>
    </w:p>
    <w:p w14:paraId="3FFF6797" w14:textId="5ED5A47B" w:rsidR="00B90EF7" w:rsidRPr="000A0F0E" w:rsidRDefault="00B90EF7" w:rsidP="00B90EF7">
      <w:pPr>
        <w:pStyle w:val="NormaleWeb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□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Nessuna attività da comunicare</w:t>
      </w:r>
      <w:r w:rsidRPr="000A0F0E">
        <w:rPr>
          <w:rFonts w:asciiTheme="majorHAnsi" w:hAnsiTheme="majorHAnsi" w:cstheme="majorHAnsi"/>
          <w:sz w:val="20"/>
          <w:szCs w:val="20"/>
        </w:rPr>
        <w:t xml:space="preserve"> nell’Anno di riferimento.</w:t>
      </w:r>
    </w:p>
    <w:p w14:paraId="4435D67C" w14:textId="19CE5EF9" w:rsidR="00B90EF7" w:rsidRPr="000A0F0E" w:rsidRDefault="008C2381" w:rsidP="00B90EF7">
      <w:pPr>
        <w:pStyle w:val="Titolo3"/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>3</w:t>
      </w:r>
      <w:r w:rsidR="00B90EF7" w:rsidRPr="000A0F0E">
        <w:rPr>
          <w:rFonts w:cstheme="majorHAnsi"/>
          <w:sz w:val="20"/>
          <w:szCs w:val="20"/>
        </w:rPr>
        <w:t>) Dichiarazioni del/della docente</w:t>
      </w:r>
    </w:p>
    <w:p w14:paraId="60722996" w14:textId="77777777" w:rsidR="00B90EF7" w:rsidRPr="000A0F0E" w:rsidRDefault="00B90EF7" w:rsidP="001D40B2">
      <w:pPr>
        <w:pStyle w:val="NormaleWeb"/>
        <w:jc w:val="both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Il/La sottoscritto/a, sotto la propria responsabilità, consapevole delle sanzioni previste in caso di dichiarazioni mendaci,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DICHIARA</w:t>
      </w:r>
      <w:r w:rsidRPr="000A0F0E">
        <w:rPr>
          <w:rFonts w:asciiTheme="majorHAnsi" w:hAnsiTheme="majorHAnsi" w:cstheme="majorHAnsi"/>
          <w:sz w:val="20"/>
          <w:szCs w:val="20"/>
        </w:rPr>
        <w:t xml:space="preserve"> che:</w:t>
      </w:r>
    </w:p>
    <w:p w14:paraId="16B257D4" w14:textId="77777777" w:rsidR="00B90EF7" w:rsidRPr="000A0F0E" w:rsidRDefault="00B90EF7" w:rsidP="00B90E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le attività sopra indicate sono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consentite</w:t>
      </w:r>
      <w:r w:rsidRPr="000A0F0E">
        <w:rPr>
          <w:rFonts w:asciiTheme="majorHAnsi" w:hAnsiTheme="majorHAnsi" w:cstheme="majorHAnsi"/>
          <w:sz w:val="20"/>
          <w:szCs w:val="20"/>
        </w:rPr>
        <w:t xml:space="preserve"> e rientrano tra quelle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non soggette ad autorizzazione</w:t>
      </w:r>
      <w:r w:rsidRPr="000A0F0E">
        <w:rPr>
          <w:rFonts w:asciiTheme="majorHAnsi" w:hAnsiTheme="majorHAnsi" w:cstheme="majorHAnsi"/>
          <w:sz w:val="20"/>
          <w:szCs w:val="20"/>
        </w:rPr>
        <w:t xml:space="preserve">; </w:t>
      </w:r>
    </w:p>
    <w:p w14:paraId="52E02EEA" w14:textId="77777777" w:rsidR="00B90EF7" w:rsidRPr="000A0F0E" w:rsidRDefault="00B90EF7" w:rsidP="00B90E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sono state svolte in modo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compatibile con l’assolvimento dei compiti istituzionali</w:t>
      </w:r>
      <w:r w:rsidRPr="000A0F0E">
        <w:rPr>
          <w:rFonts w:asciiTheme="majorHAnsi" w:hAnsiTheme="majorHAnsi" w:cstheme="majorHAnsi"/>
          <w:sz w:val="20"/>
          <w:szCs w:val="20"/>
        </w:rPr>
        <w:t xml:space="preserve"> e senza arrecare detrimento alle attività didattiche, scientifiche e gestionali affidate dall’Ateneo; </w:t>
      </w:r>
    </w:p>
    <w:p w14:paraId="7D74AB1C" w14:textId="5F31D37A" w:rsidR="00B90EF7" w:rsidRPr="000A0F0E" w:rsidRDefault="00B90EF7" w:rsidP="00B90E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sono state svolte </w:t>
      </w: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t>senza utilizzo di risorse/strumenti dell’Ateneo</w:t>
      </w:r>
      <w:r w:rsidRPr="000A0F0E">
        <w:rPr>
          <w:rFonts w:asciiTheme="majorHAnsi" w:hAnsiTheme="majorHAnsi" w:cstheme="majorHAnsi"/>
          <w:sz w:val="20"/>
          <w:szCs w:val="20"/>
        </w:rPr>
        <w:t xml:space="preserve">, salvo quanto strettamente necessario e consentito; </w:t>
      </w:r>
    </w:p>
    <w:p w14:paraId="7FD544C8" w14:textId="77777777" w:rsidR="00B90EF7" w:rsidRPr="000A0F0E" w:rsidRDefault="00B90EF7" w:rsidP="00B90EF7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Theme="majorHAnsi" w:hAnsiTheme="majorHAnsi" w:cstheme="majorHAnsi"/>
          <w:sz w:val="20"/>
          <w:szCs w:val="20"/>
        </w:rPr>
      </w:pPr>
      <w:r w:rsidRPr="000A0F0E">
        <w:rPr>
          <w:rStyle w:val="Enfasigrassetto"/>
          <w:rFonts w:asciiTheme="majorHAnsi" w:hAnsiTheme="majorHAnsi" w:cstheme="majorHAnsi"/>
          <w:sz w:val="20"/>
          <w:szCs w:val="20"/>
        </w:rPr>
        <w:lastRenderedPageBreak/>
        <w:t>non sussistono situazioni di conflitto di interessi, neppure potenziale</w:t>
      </w:r>
      <w:r w:rsidRPr="000A0F0E">
        <w:rPr>
          <w:rFonts w:asciiTheme="majorHAnsi" w:hAnsiTheme="majorHAnsi" w:cstheme="majorHAnsi"/>
          <w:sz w:val="20"/>
          <w:szCs w:val="20"/>
        </w:rPr>
        <w:t xml:space="preserve">, con Sapienza, ovvero, se presenti profili di possibile interferenza, sono indicati nelle “Note” della tabella e sono state adottate le cautele del caso (es. astensione). </w:t>
      </w:r>
    </w:p>
    <w:p w14:paraId="33BCB759" w14:textId="6829FDBD" w:rsidR="00B90EF7" w:rsidRPr="000A0F0E" w:rsidRDefault="00B90EF7" w:rsidP="00B90EF7">
      <w:pPr>
        <w:pStyle w:val="NormaleWeb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 xml:space="preserve">Data _____________ </w:t>
      </w:r>
      <w:r w:rsidR="00C852A4">
        <w:rPr>
          <w:rFonts w:asciiTheme="majorHAnsi" w:hAnsiTheme="majorHAnsi" w:cstheme="majorHAnsi"/>
          <w:sz w:val="20"/>
          <w:szCs w:val="20"/>
        </w:rPr>
        <w:t xml:space="preserve">  </w:t>
      </w:r>
      <w:r w:rsidRPr="000A0F0E">
        <w:rPr>
          <w:rFonts w:asciiTheme="majorHAnsi" w:hAnsiTheme="majorHAnsi" w:cstheme="majorHAnsi"/>
          <w:sz w:val="20"/>
          <w:szCs w:val="20"/>
        </w:rPr>
        <w:t>Firma del/della docente _______________________________</w:t>
      </w:r>
    </w:p>
    <w:p w14:paraId="453EC22D" w14:textId="2ADF349E" w:rsidR="00B90EF7" w:rsidRPr="000A0F0E" w:rsidRDefault="008C2381" w:rsidP="00B90EF7">
      <w:pPr>
        <w:pStyle w:val="Titolo3"/>
        <w:rPr>
          <w:rFonts w:cstheme="majorHAnsi"/>
          <w:sz w:val="20"/>
          <w:szCs w:val="20"/>
        </w:rPr>
      </w:pPr>
      <w:r>
        <w:rPr>
          <w:rFonts w:cstheme="majorHAnsi"/>
          <w:sz w:val="20"/>
          <w:szCs w:val="20"/>
        </w:rPr>
        <w:t>4</w:t>
      </w:r>
      <w:r w:rsidR="00B90EF7" w:rsidRPr="000A0F0E">
        <w:rPr>
          <w:rFonts w:cstheme="majorHAnsi"/>
          <w:sz w:val="20"/>
          <w:szCs w:val="20"/>
        </w:rPr>
        <w:t>) Informativa privacy</w:t>
      </w:r>
    </w:p>
    <w:p w14:paraId="13AC0A2C" w14:textId="77777777" w:rsidR="00B90EF7" w:rsidRDefault="00B90EF7" w:rsidP="00B90EF7">
      <w:pPr>
        <w:pStyle w:val="NormaleWeb"/>
        <w:rPr>
          <w:rFonts w:asciiTheme="majorHAnsi" w:hAnsiTheme="majorHAnsi" w:cstheme="majorHAnsi"/>
          <w:sz w:val="20"/>
          <w:szCs w:val="20"/>
        </w:rPr>
      </w:pPr>
      <w:r w:rsidRPr="000A0F0E">
        <w:rPr>
          <w:rFonts w:asciiTheme="majorHAnsi" w:hAnsiTheme="majorHAnsi" w:cstheme="majorHAnsi"/>
          <w:sz w:val="20"/>
          <w:szCs w:val="20"/>
        </w:rPr>
        <w:t>I dati personali conferiti sono trattati da Sapienza Università di Roma esclusivamente per finalità connesse al monitoraggio e agli adempimenti previsti dalla disciplina interna e dalla normativa vigente.</w:t>
      </w:r>
    </w:p>
    <w:p w14:paraId="79B6F91B" w14:textId="77777777" w:rsidR="00E9184B" w:rsidRDefault="00E9184B" w:rsidP="00B90EF7">
      <w:pPr>
        <w:pStyle w:val="NormaleWeb"/>
        <w:rPr>
          <w:rFonts w:asciiTheme="majorHAnsi" w:hAnsiTheme="majorHAnsi" w:cstheme="majorHAnsi"/>
          <w:sz w:val="20"/>
          <w:szCs w:val="20"/>
        </w:rPr>
      </w:pPr>
    </w:p>
    <w:p w14:paraId="64A7CBDE" w14:textId="1AC0433F" w:rsidR="00E9184B" w:rsidRPr="00ED6C21" w:rsidRDefault="00E9184B" w:rsidP="00B90EF7">
      <w:pPr>
        <w:pStyle w:val="NormaleWeb"/>
        <w:rPr>
          <w:rFonts w:asciiTheme="majorHAnsi" w:hAnsiTheme="majorHAnsi" w:cstheme="majorHAnsi"/>
          <w:b/>
          <w:bCs/>
          <w:sz w:val="20"/>
          <w:szCs w:val="20"/>
        </w:rPr>
      </w:pPr>
      <w:r w:rsidRPr="00ED6C21">
        <w:rPr>
          <w:rFonts w:asciiTheme="majorHAnsi" w:hAnsiTheme="majorHAnsi" w:cstheme="majorHAnsi"/>
          <w:b/>
          <w:bCs/>
          <w:sz w:val="20"/>
          <w:szCs w:val="20"/>
        </w:rPr>
        <w:t>ISTRUZIONI</w:t>
      </w:r>
    </w:p>
    <w:p w14:paraId="3489ACB3" w14:textId="1685D09C" w:rsidR="00E9184B" w:rsidRPr="00E9184B" w:rsidRDefault="00E9184B" w:rsidP="00B90EF7">
      <w:pPr>
        <w:pStyle w:val="NormaleWeb"/>
        <w:rPr>
          <w:rFonts w:asciiTheme="majorHAnsi" w:hAnsiTheme="majorHAnsi" w:cstheme="majorHAnsi"/>
          <w:i/>
          <w:iCs/>
          <w:sz w:val="20"/>
          <w:szCs w:val="20"/>
        </w:rPr>
      </w:pPr>
      <w:r w:rsidRPr="00E9184B">
        <w:rPr>
          <w:rFonts w:asciiTheme="majorHAnsi" w:hAnsiTheme="majorHAnsi" w:cstheme="majorHAnsi"/>
          <w:i/>
          <w:iCs/>
          <w:sz w:val="20"/>
          <w:szCs w:val="20"/>
        </w:rPr>
        <w:t>La Facoltà provvederà a repertoriare la comunicazione ricevuta dal docente</w:t>
      </w:r>
    </w:p>
    <w:sectPr w:rsidR="00E9184B" w:rsidRPr="00E9184B" w:rsidSect="007C7587">
      <w:headerReference w:type="default" r:id="rId8"/>
      <w:footerReference w:type="default" r:id="rId9"/>
      <w:pgSz w:w="12240" w:h="15840"/>
      <w:pgMar w:top="2410" w:right="964" w:bottom="850" w:left="964" w:header="720" w:footer="19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0D0115" w14:textId="77777777" w:rsidR="00A92B68" w:rsidRDefault="00A92B68" w:rsidP="00936287">
      <w:pPr>
        <w:spacing w:after="0" w:line="240" w:lineRule="auto"/>
      </w:pPr>
      <w:r>
        <w:separator/>
      </w:r>
    </w:p>
  </w:endnote>
  <w:endnote w:type="continuationSeparator" w:id="0">
    <w:p w14:paraId="3C3113F7" w14:textId="77777777" w:rsidR="00A92B68" w:rsidRDefault="00A92B68" w:rsidP="00936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604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C4298" w14:textId="77777777" w:rsidR="008A3802" w:rsidRPr="008A3802" w:rsidRDefault="008A3802">
    <w:pPr>
      <w:tabs>
        <w:tab w:val="center" w:pos="4550"/>
        <w:tab w:val="left" w:pos="5818"/>
      </w:tabs>
      <w:ind w:right="260"/>
      <w:jc w:val="right"/>
      <w:rPr>
        <w:rFonts w:asciiTheme="majorHAnsi" w:hAnsiTheme="majorHAnsi" w:cstheme="majorHAnsi"/>
        <w:color w:val="C00000"/>
        <w:sz w:val="14"/>
        <w:szCs w:val="14"/>
      </w:rPr>
    </w:pPr>
    <w:r w:rsidRPr="008A3802">
      <w:rPr>
        <w:rFonts w:asciiTheme="majorHAnsi" w:hAnsiTheme="majorHAnsi" w:cstheme="majorHAnsi"/>
        <w:color w:val="C00000"/>
        <w:spacing w:val="60"/>
        <w:sz w:val="14"/>
        <w:szCs w:val="14"/>
      </w:rPr>
      <w:t>Pag.</w:t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PAGE 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  <w:r w:rsidRPr="008A3802">
      <w:rPr>
        <w:rFonts w:asciiTheme="majorHAnsi" w:hAnsiTheme="majorHAnsi" w:cstheme="majorHAnsi"/>
        <w:color w:val="C00000"/>
        <w:sz w:val="14"/>
        <w:szCs w:val="14"/>
      </w:rPr>
      <w:t xml:space="preserve"> | 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begin"/>
    </w:r>
    <w:r w:rsidRPr="008A3802">
      <w:rPr>
        <w:rFonts w:asciiTheme="majorHAnsi" w:hAnsiTheme="majorHAnsi" w:cstheme="majorHAnsi"/>
        <w:color w:val="C00000"/>
        <w:sz w:val="14"/>
        <w:szCs w:val="14"/>
      </w:rPr>
      <w:instrText>NUMPAGES  \* Arabic  \* MERGEFORMAT</w:instrTex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separate"/>
    </w:r>
    <w:r w:rsidRPr="008A3802">
      <w:rPr>
        <w:rFonts w:asciiTheme="majorHAnsi" w:hAnsiTheme="majorHAnsi" w:cstheme="majorHAnsi"/>
        <w:color w:val="C00000"/>
        <w:sz w:val="14"/>
        <w:szCs w:val="14"/>
      </w:rPr>
      <w:t>1</w:t>
    </w:r>
    <w:r w:rsidRPr="008A3802">
      <w:rPr>
        <w:rFonts w:asciiTheme="majorHAnsi" w:hAnsiTheme="majorHAnsi" w:cstheme="majorHAnsi"/>
        <w:color w:val="C00000"/>
        <w:sz w:val="14"/>
        <w:szCs w:val="14"/>
      </w:rPr>
      <w:fldChar w:fldCharType="end"/>
    </w:r>
  </w:p>
  <w:p w14:paraId="595E153C" w14:textId="77777777" w:rsidR="007F2C20" w:rsidRDefault="007F2C2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39D98" w14:textId="77777777" w:rsidR="00A92B68" w:rsidRDefault="00A92B68" w:rsidP="00936287">
      <w:pPr>
        <w:spacing w:after="0" w:line="240" w:lineRule="auto"/>
      </w:pPr>
      <w:r>
        <w:separator/>
      </w:r>
    </w:p>
  </w:footnote>
  <w:footnote w:type="continuationSeparator" w:id="0">
    <w:p w14:paraId="656A1793" w14:textId="77777777" w:rsidR="00A92B68" w:rsidRDefault="00A92B68" w:rsidP="00936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F713A3" w14:textId="77777777" w:rsidR="007C7587" w:rsidRDefault="007C7587">
    <w:pPr>
      <w:pStyle w:val="Intestazione"/>
      <w:rPr>
        <w:rFonts w:asciiTheme="majorHAnsi" w:hAnsiTheme="majorHAnsi" w:cstheme="majorHAnsi"/>
        <w:i/>
      </w:rPr>
    </w:pPr>
    <w:r>
      <w:rPr>
        <w:b/>
        <w:bCs/>
        <w:noProof/>
        <w:sz w:val="32"/>
        <w:szCs w:val="32"/>
        <w14:ligatures w14:val="standardContextual"/>
      </w:rPr>
      <w:drawing>
        <wp:inline distT="0" distB="0" distL="0" distR="0" wp14:anchorId="6D66383B" wp14:editId="23108304">
          <wp:extent cx="971550" cy="626806"/>
          <wp:effectExtent l="0" t="0" r="0" b="1905"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3624" cy="6281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FA8464" w14:textId="0677D3B5" w:rsidR="001744CD" w:rsidRPr="009234CC" w:rsidRDefault="0094167F">
    <w:pPr>
      <w:pStyle w:val="Intestazione"/>
      <w:rPr>
        <w:rFonts w:asciiTheme="majorHAnsi" w:hAnsiTheme="majorHAnsi" w:cstheme="majorHAnsi"/>
        <w:i/>
      </w:rPr>
    </w:pPr>
    <w:r>
      <w:rPr>
        <w:rFonts w:asciiTheme="majorHAnsi" w:hAnsiTheme="majorHAnsi" w:cstheme="majorHAnsi"/>
        <w:i/>
      </w:rPr>
      <w:t xml:space="preserve">             </w:t>
    </w:r>
    <w:r w:rsidR="001744CD" w:rsidRPr="007F70F6">
      <w:rPr>
        <w:rFonts w:asciiTheme="majorHAnsi" w:hAnsiTheme="majorHAnsi" w:cstheme="majorHAnsi"/>
        <w:i/>
      </w:rPr>
      <w:t>Modulo 2026</w:t>
    </w:r>
    <w:r w:rsidR="009234CC">
      <w:rPr>
        <w:rFonts w:asciiTheme="majorHAnsi" w:hAnsiTheme="majorHAnsi" w:cstheme="majorHAnsi"/>
        <w:i/>
      </w:rPr>
      <w:t xml:space="preserve"> </w:t>
    </w:r>
    <w:r w:rsidR="00E00240">
      <w:rPr>
        <w:rFonts w:asciiTheme="majorHAnsi" w:hAnsiTheme="majorHAnsi" w:cstheme="majorHAnsi"/>
        <w:i/>
      </w:rPr>
      <w:t>–</w:t>
    </w:r>
    <w:r w:rsidR="009234CC">
      <w:rPr>
        <w:rFonts w:asciiTheme="majorHAnsi" w:hAnsiTheme="majorHAnsi" w:cstheme="majorHAnsi"/>
        <w:i/>
      </w:rPr>
      <w:t xml:space="preserve"> </w:t>
    </w:r>
    <w:r w:rsidR="00E00240">
      <w:rPr>
        <w:rFonts w:asciiTheme="majorHAnsi" w:hAnsiTheme="majorHAnsi" w:cstheme="majorHAnsi"/>
        <w:i/>
      </w:rPr>
      <w:t xml:space="preserve">Obblighi di comunicazione - </w:t>
    </w:r>
    <w:r w:rsidR="001744CD" w:rsidRPr="007F70F6">
      <w:rPr>
        <w:rFonts w:asciiTheme="majorHAnsi" w:hAnsiTheme="majorHAnsi" w:cstheme="majorHAnsi"/>
        <w:i/>
      </w:rPr>
      <w:t>personale docente e ricercatore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CC224A2"/>
    <w:multiLevelType w:val="hybridMultilevel"/>
    <w:tmpl w:val="3A5411A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8977C1"/>
    <w:multiLevelType w:val="hybridMultilevel"/>
    <w:tmpl w:val="16261EAE"/>
    <w:lvl w:ilvl="0" w:tplc="04100005">
      <w:start w:val="1"/>
      <w:numFmt w:val="bullet"/>
      <w:lvlText w:val=""/>
      <w:lvlJc w:val="left"/>
      <w:pPr>
        <w:ind w:left="83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18BA504B"/>
    <w:multiLevelType w:val="multilevel"/>
    <w:tmpl w:val="6E648E98"/>
    <w:lvl w:ilvl="0">
      <w:start w:val="1"/>
      <w:numFmt w:val="decimal"/>
      <w:lvlText w:val="%1."/>
      <w:lvlJc w:val="left"/>
      <w:pPr>
        <w:ind w:left="785" w:hanging="360"/>
      </w:pPr>
      <w:rPr>
        <w:sz w:val="24"/>
        <w:szCs w:val="24"/>
        <w:vertAlign w:val="baseli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 w15:restartNumberingAfterBreak="0">
    <w:nsid w:val="28FE632F"/>
    <w:multiLevelType w:val="multilevel"/>
    <w:tmpl w:val="7F58F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DC1351A"/>
    <w:multiLevelType w:val="multilevel"/>
    <w:tmpl w:val="B3BCA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F523105"/>
    <w:multiLevelType w:val="hybridMultilevel"/>
    <w:tmpl w:val="757E02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C40035"/>
    <w:multiLevelType w:val="hybridMultilevel"/>
    <w:tmpl w:val="34F61960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551DCA"/>
    <w:multiLevelType w:val="multilevel"/>
    <w:tmpl w:val="24B22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A392CFE"/>
    <w:multiLevelType w:val="multilevel"/>
    <w:tmpl w:val="69B4A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  <w:num w:numId="12">
    <w:abstractNumId w:val="13"/>
  </w:num>
  <w:num w:numId="13">
    <w:abstractNumId w:val="17"/>
  </w:num>
  <w:num w:numId="14">
    <w:abstractNumId w:val="14"/>
  </w:num>
  <w:num w:numId="15">
    <w:abstractNumId w:val="12"/>
  </w:num>
  <w:num w:numId="16">
    <w:abstractNumId w:val="16"/>
  </w:num>
  <w:num w:numId="17">
    <w:abstractNumId w:val="11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31C8"/>
    <w:rsid w:val="00034616"/>
    <w:rsid w:val="00053211"/>
    <w:rsid w:val="0006063C"/>
    <w:rsid w:val="000A0F0E"/>
    <w:rsid w:val="000A4258"/>
    <w:rsid w:val="000B156E"/>
    <w:rsid w:val="00127447"/>
    <w:rsid w:val="0015074B"/>
    <w:rsid w:val="00157F00"/>
    <w:rsid w:val="001744CD"/>
    <w:rsid w:val="001A0B46"/>
    <w:rsid w:val="001D40B2"/>
    <w:rsid w:val="00211536"/>
    <w:rsid w:val="00232CFE"/>
    <w:rsid w:val="00267827"/>
    <w:rsid w:val="00284BB6"/>
    <w:rsid w:val="0029639D"/>
    <w:rsid w:val="002A3F6E"/>
    <w:rsid w:val="002B1061"/>
    <w:rsid w:val="002B20C8"/>
    <w:rsid w:val="002D5F36"/>
    <w:rsid w:val="00326F90"/>
    <w:rsid w:val="003438FC"/>
    <w:rsid w:val="00344C17"/>
    <w:rsid w:val="00386E4E"/>
    <w:rsid w:val="003B799A"/>
    <w:rsid w:val="00402DB6"/>
    <w:rsid w:val="004043C1"/>
    <w:rsid w:val="004A42FA"/>
    <w:rsid w:val="005174C7"/>
    <w:rsid w:val="00537915"/>
    <w:rsid w:val="005A51F8"/>
    <w:rsid w:val="005B3F2D"/>
    <w:rsid w:val="005D66DC"/>
    <w:rsid w:val="006067CC"/>
    <w:rsid w:val="00625C83"/>
    <w:rsid w:val="006261B4"/>
    <w:rsid w:val="00666C8D"/>
    <w:rsid w:val="006B0214"/>
    <w:rsid w:val="006C57F8"/>
    <w:rsid w:val="00705C5D"/>
    <w:rsid w:val="007075E6"/>
    <w:rsid w:val="0078070D"/>
    <w:rsid w:val="007C7587"/>
    <w:rsid w:val="007D1E73"/>
    <w:rsid w:val="007D2E62"/>
    <w:rsid w:val="007F2C20"/>
    <w:rsid w:val="007F70F6"/>
    <w:rsid w:val="0080371D"/>
    <w:rsid w:val="00816DA3"/>
    <w:rsid w:val="00877AA3"/>
    <w:rsid w:val="008A3802"/>
    <w:rsid w:val="008C2381"/>
    <w:rsid w:val="008D1E5D"/>
    <w:rsid w:val="009234CC"/>
    <w:rsid w:val="009267B7"/>
    <w:rsid w:val="00936287"/>
    <w:rsid w:val="0094167F"/>
    <w:rsid w:val="00944986"/>
    <w:rsid w:val="00950F86"/>
    <w:rsid w:val="00975144"/>
    <w:rsid w:val="009B45C3"/>
    <w:rsid w:val="009E4CCF"/>
    <w:rsid w:val="00A11E43"/>
    <w:rsid w:val="00A148F5"/>
    <w:rsid w:val="00A15F73"/>
    <w:rsid w:val="00A75718"/>
    <w:rsid w:val="00A77EB6"/>
    <w:rsid w:val="00A92B68"/>
    <w:rsid w:val="00AA1D8D"/>
    <w:rsid w:val="00B47730"/>
    <w:rsid w:val="00B6199F"/>
    <w:rsid w:val="00B90EF7"/>
    <w:rsid w:val="00B94EAF"/>
    <w:rsid w:val="00BB397B"/>
    <w:rsid w:val="00C22E96"/>
    <w:rsid w:val="00C852A4"/>
    <w:rsid w:val="00C93128"/>
    <w:rsid w:val="00CB0664"/>
    <w:rsid w:val="00CB2840"/>
    <w:rsid w:val="00CE725F"/>
    <w:rsid w:val="00D6365D"/>
    <w:rsid w:val="00D74CA9"/>
    <w:rsid w:val="00DF7B05"/>
    <w:rsid w:val="00E00240"/>
    <w:rsid w:val="00E325B0"/>
    <w:rsid w:val="00E85458"/>
    <w:rsid w:val="00E9184B"/>
    <w:rsid w:val="00ED6C21"/>
    <w:rsid w:val="00F70E48"/>
    <w:rsid w:val="00F71969"/>
    <w:rsid w:val="00FC145A"/>
    <w:rsid w:val="00FC693F"/>
    <w:rsid w:val="00FE6E33"/>
    <w:rsid w:val="00FF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4062061"/>
  <w14:defaultImageDpi w14:val="300"/>
  <w15:docId w15:val="{75DB2BC1-402C-48D5-92D5-A78108FF4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color w:val="222222"/>
      <w:sz w:val="19"/>
      <w:lang w:val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Title">
    <w:name w:val="FormTitle"/>
    <w:basedOn w:val="Titolo"/>
    <w:rPr>
      <w:rFonts w:ascii="Aptos" w:hAnsi="Aptos"/>
      <w:b/>
      <w:color w:val="1F3864"/>
      <w:sz w:val="28"/>
    </w:rPr>
  </w:style>
  <w:style w:type="paragraph" w:customStyle="1" w:styleId="SectionHead">
    <w:name w:val="SectionHead"/>
    <w:basedOn w:val="Titolo1"/>
    <w:rPr>
      <w:rFonts w:ascii="Aptos" w:hAnsi="Aptos"/>
      <w:color w:val="1F3864"/>
      <w:sz w:val="21"/>
    </w:rPr>
  </w:style>
  <w:style w:type="paragraph" w:customStyle="1" w:styleId="Small">
    <w:name w:val="Small"/>
    <w:basedOn w:val="Normale"/>
    <w:rPr>
      <w:color w:val="333333"/>
      <w:sz w:val="17"/>
    </w:rPr>
  </w:style>
  <w:style w:type="paragraph" w:customStyle="1" w:styleId="Body">
    <w:name w:val="Body"/>
    <w:basedOn w:val="Normale"/>
  </w:style>
  <w:style w:type="paragraph" w:styleId="NormaleWeb">
    <w:name w:val="Normal (Web)"/>
    <w:basedOn w:val="Normale"/>
    <w:uiPriority w:val="99"/>
    <w:unhideWhenUsed/>
    <w:rsid w:val="00B90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it-IT"/>
    </w:rPr>
  </w:style>
  <w:style w:type="table" w:styleId="Grigliatabellachiara">
    <w:name w:val="Grid Table Light"/>
    <w:basedOn w:val="Tabellanormale"/>
    <w:uiPriority w:val="99"/>
    <w:rsid w:val="001D40B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53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07556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49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544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472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41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113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844</Words>
  <Characters>4814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Evarita D'Archivio</cp:lastModifiedBy>
  <cp:revision>37</cp:revision>
  <dcterms:created xsi:type="dcterms:W3CDTF">2026-05-15T09:53:00Z</dcterms:created>
  <dcterms:modified xsi:type="dcterms:W3CDTF">2026-06-17T10:50:00Z</dcterms:modified>
  <cp:category/>
</cp:coreProperties>
</file>